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4E410B" w14:textId="77777777" w:rsidR="00B832C3" w:rsidRPr="00D80E8D" w:rsidRDefault="00000000" w:rsidP="00B832C3">
      <w:pPr>
        <w:spacing w:after="480"/>
        <w:jc w:val="center"/>
      </w:pPr>
      <w:r w:rsidRPr="00D80E8D">
        <w:rPr>
          <w:noProof/>
        </w:rPr>
        <w:drawing>
          <wp:inline distT="0" distB="0" distL="0" distR="0" wp14:anchorId="04823741" wp14:editId="128E5F5B">
            <wp:extent cx="2592000" cy="65006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S-f3-wir_rgb.png"/>
                    <pic:cNvPicPr/>
                  </pic:nvPicPr>
                  <pic:blipFill>
                    <a:blip r:embed="rId8"/>
                    <a:stretch>
                      <a:fillRect/>
                    </a:stretch>
                  </pic:blipFill>
                  <pic:spPr>
                    <a:xfrm>
                      <a:off x="0" y="0"/>
                      <a:ext cx="2592000" cy="650062"/>
                    </a:xfrm>
                    <a:prstGeom prst="rect">
                      <a:avLst/>
                    </a:prstGeom>
                  </pic:spPr>
                </pic:pic>
              </a:graphicData>
            </a:graphic>
          </wp:inline>
        </w:drawing>
      </w:r>
      <w:r w:rsidRPr="00D80E8D">
        <w:br/>
      </w:r>
      <w:r w:rsidRPr="00D80E8D">
        <w:rPr>
          <w:noProof/>
        </w:rPr>
        <w:drawing>
          <wp:inline distT="0" distB="0" distL="0" distR="0" wp14:anchorId="7AECED02" wp14:editId="152402FB">
            <wp:extent cx="634622" cy="519193"/>
            <wp:effectExtent l="0" t="0" r="635"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beo_logo.png"/>
                    <pic:cNvPicPr/>
                  </pic:nvPicPr>
                  <pic:blipFill>
                    <a:blip r:embed="rId9"/>
                    <a:stretch>
                      <a:fillRect/>
                    </a:stretch>
                  </pic:blipFill>
                  <pic:spPr>
                    <a:xfrm>
                      <a:off x="0" y="0"/>
                      <a:ext cx="642534" cy="525666"/>
                    </a:xfrm>
                    <a:prstGeom prst="rect">
                      <a:avLst/>
                    </a:prstGeom>
                  </pic:spPr>
                </pic:pic>
              </a:graphicData>
            </a:graphic>
          </wp:inline>
        </w:drawing>
      </w:r>
    </w:p>
    <w:p w14:paraId="0C22095B" w14:textId="77777777" w:rsidR="00C257C8" w:rsidRPr="00750EF7" w:rsidRDefault="00000000">
      <w:pPr>
        <w:spacing w:after="40"/>
        <w:jc w:val="center"/>
        <w:rPr>
          <w:lang w:val="de-DE"/>
        </w:rPr>
      </w:pPr>
      <w:r w:rsidRPr="00750EF7">
        <w:rPr>
          <w:b/>
          <w:lang w:val="de-DE"/>
        </w:rPr>
        <w:t>Universität Siegen</w:t>
      </w:r>
    </w:p>
    <w:p w14:paraId="10CDB10B" w14:textId="77777777" w:rsidR="00C257C8" w:rsidRPr="00750EF7" w:rsidRDefault="00000000">
      <w:pPr>
        <w:spacing w:after="40"/>
        <w:jc w:val="center"/>
        <w:rPr>
          <w:lang w:val="de-DE"/>
        </w:rPr>
      </w:pPr>
      <w:r w:rsidRPr="00750EF7">
        <w:rPr>
          <w:lang w:val="de-DE"/>
        </w:rPr>
        <w:t>Fakultät III</w:t>
      </w:r>
    </w:p>
    <w:p w14:paraId="3E0DA353" w14:textId="77777777" w:rsidR="00C257C8" w:rsidRPr="00750EF7" w:rsidRDefault="00000000">
      <w:pPr>
        <w:spacing w:after="40"/>
        <w:jc w:val="center"/>
        <w:rPr>
          <w:lang w:val="de-DE"/>
        </w:rPr>
      </w:pPr>
      <w:r w:rsidRPr="00750EF7">
        <w:rPr>
          <w:lang w:val="de-DE"/>
        </w:rPr>
        <w:t xml:space="preserve">Lehrstuhl für Family Business &amp; </w:t>
      </w:r>
      <w:proofErr w:type="spellStart"/>
      <w:r w:rsidRPr="00750EF7">
        <w:rPr>
          <w:lang w:val="de-DE"/>
        </w:rPr>
        <w:t>Entrepreneurial</w:t>
      </w:r>
      <w:proofErr w:type="spellEnd"/>
      <w:r w:rsidRPr="00750EF7">
        <w:rPr>
          <w:lang w:val="de-DE"/>
        </w:rPr>
        <w:t xml:space="preserve"> Orientation</w:t>
      </w:r>
    </w:p>
    <w:p w14:paraId="2C3F8710" w14:textId="77777777" w:rsidR="00C257C8" w:rsidRPr="00750EF7" w:rsidRDefault="00000000">
      <w:pPr>
        <w:spacing w:after="920"/>
        <w:jc w:val="center"/>
        <w:rPr>
          <w:lang w:val="de-DE"/>
        </w:rPr>
      </w:pPr>
      <w:r w:rsidRPr="00750EF7">
        <w:rPr>
          <w:lang w:val="de-DE"/>
        </w:rPr>
        <w:t>Prof. Dr. Dr. Sascha Kraus</w:t>
      </w:r>
    </w:p>
    <w:p w14:paraId="1C2D3779" w14:textId="77777777" w:rsidR="00C257C8" w:rsidRPr="00750EF7" w:rsidRDefault="00000000" w:rsidP="00750EF7">
      <w:pPr>
        <w:pStyle w:val="Titel"/>
      </w:pPr>
      <w:r w:rsidRPr="00750EF7">
        <w:t>[Titel der Abschlussarbeit]</w:t>
      </w:r>
    </w:p>
    <w:p w14:paraId="0DB5DB73" w14:textId="77777777" w:rsidR="00C257C8" w:rsidRPr="00B267FC" w:rsidRDefault="00750EF7" w:rsidP="00B832C3">
      <w:pPr>
        <w:pStyle w:val="Untertitel"/>
        <w:rPr>
          <w:lang w:val="de-DE"/>
        </w:rPr>
      </w:pPr>
      <w:r w:rsidRPr="00B267FC">
        <w:rPr>
          <w:lang w:val="de-DE"/>
        </w:rPr>
        <w:t>[Bachelorarbeit / Masterarbeit]</w:t>
      </w:r>
    </w:p>
    <w:p w14:paraId="14B090FD" w14:textId="77777777" w:rsidR="00C257C8" w:rsidRPr="00750EF7" w:rsidRDefault="00000000">
      <w:pPr>
        <w:spacing w:after="40"/>
        <w:jc w:val="center"/>
        <w:rPr>
          <w:lang w:val="de-DE"/>
        </w:rPr>
      </w:pPr>
      <w:r w:rsidRPr="00750EF7">
        <w:rPr>
          <w:lang w:val="de-DE"/>
        </w:rPr>
        <w:t>zur Erlangung des akademischen Grades</w:t>
      </w:r>
    </w:p>
    <w:p w14:paraId="54B6F4F4" w14:textId="77777777" w:rsidR="00C257C8" w:rsidRPr="00B267FC" w:rsidRDefault="00000000">
      <w:pPr>
        <w:spacing w:after="1400"/>
        <w:jc w:val="center"/>
      </w:pPr>
      <w:r w:rsidRPr="00B267FC">
        <w:t>[Bachelor of Science / Master of Science]</w:t>
      </w:r>
    </w:p>
    <w:p w14:paraId="09E01394" w14:textId="77777777" w:rsidR="00C257C8" w:rsidRPr="00750EF7" w:rsidRDefault="00000000">
      <w:pPr>
        <w:tabs>
          <w:tab w:val="left" w:pos="2891"/>
        </w:tabs>
        <w:spacing w:after="40"/>
        <w:ind w:left="1134"/>
        <w:rPr>
          <w:lang w:val="de-DE"/>
        </w:rPr>
      </w:pPr>
      <w:r w:rsidRPr="00750EF7">
        <w:rPr>
          <w:b/>
          <w:lang w:val="de-DE"/>
        </w:rPr>
        <w:t>Name, Vorname:</w:t>
      </w:r>
      <w:r w:rsidRPr="00750EF7">
        <w:rPr>
          <w:lang w:val="de-DE"/>
        </w:rPr>
        <w:tab/>
        <w:t>[Nachname, Vorname]</w:t>
      </w:r>
    </w:p>
    <w:p w14:paraId="745BCD8F" w14:textId="77777777" w:rsidR="00C257C8" w:rsidRPr="00750EF7" w:rsidRDefault="00000000">
      <w:pPr>
        <w:tabs>
          <w:tab w:val="left" w:pos="2891"/>
        </w:tabs>
        <w:spacing w:after="40"/>
        <w:ind w:left="1134"/>
        <w:rPr>
          <w:lang w:val="de-DE"/>
        </w:rPr>
      </w:pPr>
      <w:r w:rsidRPr="00750EF7">
        <w:rPr>
          <w:b/>
          <w:lang w:val="de-DE"/>
        </w:rPr>
        <w:t>Anschrift:</w:t>
      </w:r>
      <w:r w:rsidRPr="00750EF7">
        <w:rPr>
          <w:lang w:val="de-DE"/>
        </w:rPr>
        <w:tab/>
      </w:r>
      <w:r w:rsidR="00FC1B56" w:rsidRPr="00750EF7">
        <w:rPr>
          <w:lang w:val="de-DE"/>
        </w:rPr>
        <w:tab/>
      </w:r>
      <w:r w:rsidRPr="00750EF7">
        <w:rPr>
          <w:lang w:val="de-DE"/>
        </w:rPr>
        <w:t xml:space="preserve">[Straße, Hausnummer, </w:t>
      </w:r>
      <w:proofErr w:type="gramStart"/>
      <w:r w:rsidRPr="00750EF7">
        <w:rPr>
          <w:lang w:val="de-DE"/>
        </w:rPr>
        <w:t>PLZ Ort</w:t>
      </w:r>
      <w:proofErr w:type="gramEnd"/>
      <w:r w:rsidRPr="00750EF7">
        <w:rPr>
          <w:lang w:val="de-DE"/>
        </w:rPr>
        <w:t>]</w:t>
      </w:r>
    </w:p>
    <w:p w14:paraId="00E9DB04" w14:textId="77777777" w:rsidR="00C257C8" w:rsidRPr="00750EF7" w:rsidRDefault="00000000">
      <w:pPr>
        <w:tabs>
          <w:tab w:val="left" w:pos="2891"/>
        </w:tabs>
        <w:spacing w:after="40"/>
        <w:ind w:left="1134"/>
        <w:rPr>
          <w:lang w:val="de-DE"/>
        </w:rPr>
      </w:pPr>
      <w:r w:rsidRPr="00750EF7">
        <w:rPr>
          <w:b/>
          <w:lang w:val="de-DE"/>
        </w:rPr>
        <w:t>E-Mail:</w:t>
      </w:r>
      <w:r w:rsidRPr="00750EF7">
        <w:rPr>
          <w:lang w:val="de-DE"/>
        </w:rPr>
        <w:tab/>
      </w:r>
      <w:r w:rsidR="00FC1B56" w:rsidRPr="00750EF7">
        <w:rPr>
          <w:lang w:val="de-DE"/>
        </w:rPr>
        <w:tab/>
      </w:r>
      <w:r w:rsidRPr="00750EF7">
        <w:rPr>
          <w:lang w:val="de-DE"/>
        </w:rPr>
        <w:t>[name@student.uni-siegen.de]</w:t>
      </w:r>
    </w:p>
    <w:p w14:paraId="2683E9DE" w14:textId="77777777" w:rsidR="00C257C8" w:rsidRPr="00750EF7" w:rsidRDefault="00000000">
      <w:pPr>
        <w:tabs>
          <w:tab w:val="left" w:pos="2891"/>
        </w:tabs>
        <w:spacing w:after="40"/>
        <w:ind w:left="1134"/>
        <w:rPr>
          <w:lang w:val="de-DE"/>
        </w:rPr>
      </w:pPr>
      <w:r w:rsidRPr="00750EF7">
        <w:rPr>
          <w:b/>
          <w:lang w:val="de-DE"/>
        </w:rPr>
        <w:t>Studiengang:</w:t>
      </w:r>
      <w:r w:rsidRPr="00750EF7">
        <w:rPr>
          <w:lang w:val="de-DE"/>
        </w:rPr>
        <w:tab/>
      </w:r>
      <w:r w:rsidR="00FC1B56" w:rsidRPr="00750EF7">
        <w:rPr>
          <w:lang w:val="de-DE"/>
        </w:rPr>
        <w:tab/>
      </w:r>
      <w:r w:rsidRPr="00750EF7">
        <w:rPr>
          <w:lang w:val="de-DE"/>
        </w:rPr>
        <w:t>[Studiengang]</w:t>
      </w:r>
    </w:p>
    <w:p w14:paraId="2DAFB315" w14:textId="77777777" w:rsidR="00C257C8" w:rsidRPr="00750EF7" w:rsidRDefault="00000000">
      <w:pPr>
        <w:tabs>
          <w:tab w:val="left" w:pos="2891"/>
        </w:tabs>
        <w:spacing w:after="40"/>
        <w:ind w:left="1134"/>
        <w:rPr>
          <w:lang w:val="de-DE"/>
        </w:rPr>
      </w:pPr>
      <w:r w:rsidRPr="00750EF7">
        <w:rPr>
          <w:b/>
          <w:lang w:val="de-DE"/>
        </w:rPr>
        <w:t>Matrikelnummer:</w:t>
      </w:r>
      <w:r w:rsidRPr="00750EF7">
        <w:rPr>
          <w:lang w:val="de-DE"/>
        </w:rPr>
        <w:tab/>
        <w:t>[Matrikelnummer]</w:t>
      </w:r>
    </w:p>
    <w:p w14:paraId="4875EBE8" w14:textId="77777777" w:rsidR="00C257C8" w:rsidRPr="00750EF7" w:rsidRDefault="00000000">
      <w:pPr>
        <w:tabs>
          <w:tab w:val="left" w:pos="2891"/>
        </w:tabs>
        <w:spacing w:after="40"/>
        <w:ind w:left="1134"/>
        <w:rPr>
          <w:lang w:val="de-DE"/>
        </w:rPr>
      </w:pPr>
      <w:r w:rsidRPr="00750EF7">
        <w:rPr>
          <w:b/>
          <w:lang w:val="de-DE"/>
        </w:rPr>
        <w:t>Fachsemester:</w:t>
      </w:r>
      <w:r w:rsidRPr="00750EF7">
        <w:rPr>
          <w:lang w:val="de-DE"/>
        </w:rPr>
        <w:tab/>
      </w:r>
      <w:r w:rsidR="00FC1B56" w:rsidRPr="00750EF7">
        <w:rPr>
          <w:lang w:val="de-DE"/>
        </w:rPr>
        <w:tab/>
      </w:r>
      <w:r w:rsidRPr="00750EF7">
        <w:rPr>
          <w:lang w:val="de-DE"/>
        </w:rPr>
        <w:t>[Fachsemester]</w:t>
      </w:r>
    </w:p>
    <w:p w14:paraId="6EE7F91C" w14:textId="77777777" w:rsidR="00FC1B56" w:rsidRPr="00750EF7" w:rsidRDefault="00FC1B56" w:rsidP="00FC1B56">
      <w:pPr>
        <w:tabs>
          <w:tab w:val="left" w:pos="2891"/>
        </w:tabs>
        <w:spacing w:after="40"/>
        <w:ind w:left="1134"/>
        <w:rPr>
          <w:lang w:val="de-DE"/>
        </w:rPr>
      </w:pPr>
      <w:r w:rsidRPr="00750EF7">
        <w:rPr>
          <w:b/>
          <w:lang w:val="de-DE"/>
        </w:rPr>
        <w:t>Erstprüfer:</w:t>
      </w:r>
      <w:r w:rsidRPr="00750EF7">
        <w:rPr>
          <w:lang w:val="de-DE"/>
        </w:rPr>
        <w:tab/>
      </w:r>
      <w:r w:rsidRPr="00750EF7">
        <w:rPr>
          <w:lang w:val="de-DE"/>
        </w:rPr>
        <w:tab/>
        <w:t>[Erstprüfer]</w:t>
      </w:r>
    </w:p>
    <w:p w14:paraId="544C96E4" w14:textId="77777777" w:rsidR="00FC1B56" w:rsidRPr="00750EF7" w:rsidRDefault="00FC1B56" w:rsidP="00FC1B56">
      <w:pPr>
        <w:tabs>
          <w:tab w:val="left" w:pos="2891"/>
        </w:tabs>
        <w:spacing w:after="40"/>
        <w:ind w:left="1134"/>
        <w:rPr>
          <w:lang w:val="de-DE"/>
        </w:rPr>
      </w:pPr>
      <w:r w:rsidRPr="00750EF7">
        <w:rPr>
          <w:b/>
          <w:lang w:val="de-DE"/>
        </w:rPr>
        <w:t>Zweitprüfer:</w:t>
      </w:r>
      <w:r w:rsidRPr="00750EF7">
        <w:rPr>
          <w:b/>
          <w:lang w:val="de-DE"/>
        </w:rPr>
        <w:tab/>
      </w:r>
      <w:r w:rsidRPr="00750EF7">
        <w:rPr>
          <w:b/>
          <w:lang w:val="de-DE"/>
        </w:rPr>
        <w:tab/>
      </w:r>
      <w:r w:rsidRPr="00750EF7">
        <w:rPr>
          <w:lang w:val="de-DE"/>
        </w:rPr>
        <w:t>[Zweitprüfer]</w:t>
      </w:r>
    </w:p>
    <w:p w14:paraId="19457C13" w14:textId="77777777" w:rsidR="00C257C8" w:rsidRPr="00750EF7" w:rsidRDefault="00000000">
      <w:pPr>
        <w:tabs>
          <w:tab w:val="left" w:pos="2891"/>
        </w:tabs>
        <w:spacing w:after="40"/>
        <w:ind w:left="1134"/>
        <w:rPr>
          <w:lang w:val="de-DE"/>
        </w:rPr>
      </w:pPr>
      <w:r w:rsidRPr="00750EF7">
        <w:rPr>
          <w:b/>
          <w:lang w:val="de-DE"/>
        </w:rPr>
        <w:t>Abgabedatum:</w:t>
      </w:r>
      <w:r w:rsidRPr="00750EF7">
        <w:rPr>
          <w:lang w:val="de-DE"/>
        </w:rPr>
        <w:tab/>
      </w:r>
      <w:r w:rsidR="00FC1B56" w:rsidRPr="00750EF7">
        <w:rPr>
          <w:lang w:val="de-DE"/>
        </w:rPr>
        <w:tab/>
      </w:r>
      <w:r w:rsidRPr="00750EF7">
        <w:rPr>
          <w:lang w:val="de-DE"/>
        </w:rPr>
        <w:t>[TT.MM.JJJJ]</w:t>
      </w:r>
    </w:p>
    <w:p w14:paraId="19B5B72D" w14:textId="77777777" w:rsidR="00C257C8" w:rsidRPr="00750EF7" w:rsidRDefault="00C257C8">
      <w:pPr>
        <w:rPr>
          <w:lang w:val="de-DE"/>
        </w:rPr>
        <w:sectPr w:rsidR="00C257C8" w:rsidRPr="00750EF7">
          <w:pgSz w:w="11906" w:h="16838"/>
          <w:pgMar w:top="1417" w:right="1417" w:bottom="1417" w:left="1417" w:header="709" w:footer="709" w:gutter="0"/>
          <w:cols w:space="720"/>
          <w:titlePg/>
          <w:docGrid w:linePitch="360"/>
        </w:sectPr>
      </w:pPr>
    </w:p>
    <w:p w14:paraId="6B40FDC1" w14:textId="77777777" w:rsidR="00C257C8" w:rsidRPr="00750EF7" w:rsidRDefault="00000000">
      <w:pPr>
        <w:pStyle w:val="UnnumberedHeading1"/>
        <w:rPr>
          <w:lang w:val="de-DE"/>
        </w:rPr>
      </w:pPr>
      <w:bookmarkStart w:id="0" w:name="_Toc241501874"/>
      <w:r w:rsidRPr="00750EF7">
        <w:rPr>
          <w:lang w:val="de-DE"/>
        </w:rPr>
        <w:lastRenderedPageBreak/>
        <w:t>Abstract</w:t>
      </w:r>
      <w:bookmarkEnd w:id="0"/>
    </w:p>
    <w:p w14:paraId="3753CF19" w14:textId="77777777" w:rsidR="00C257C8" w:rsidRDefault="00000000" w:rsidP="00B832C3">
      <w:pPr>
        <w:pStyle w:val="FBEOPlaceholder"/>
        <w:rPr>
          <w:lang w:val="de-DE"/>
        </w:rPr>
      </w:pPr>
      <w:r w:rsidRPr="00750EF7">
        <w:rPr>
          <w:lang w:val="de-DE"/>
        </w:rPr>
        <w:t>[Maximal 250 Wörter. Beschreiben Sie Problemstellung, Ziel der Arbeit, Methode, zentrale Ergebnisse und Beitrag.]</w:t>
      </w:r>
    </w:p>
    <w:p w14:paraId="253CC0D5" w14:textId="77777777" w:rsidR="00900886" w:rsidRPr="00B267FC" w:rsidRDefault="00000000">
      <w:pPr>
        <w:pStyle w:val="FBEOPlaceholder"/>
        <w:rPr>
          <w:lang w:val="de-DE"/>
        </w:rPr>
      </w:pPr>
      <w:r w:rsidRPr="00B267FC">
        <w:rPr>
          <w:lang w:val="de-DE"/>
        </w:rPr>
        <w:t>[Hinweis zur Vorlage: Alle grau dargestellten Hinweise und Platzhalter vor der Abgabe entfernen. Formatieren Sie den Text über die hinterlegten Formatvorlagen und nicht durch manuelle Einzelanpassungen.]</w:t>
      </w:r>
    </w:p>
    <w:p w14:paraId="26BE818C" w14:textId="77777777" w:rsidR="00C257C8" w:rsidRPr="00B267FC" w:rsidRDefault="00000000">
      <w:pPr>
        <w:rPr>
          <w:lang w:val="de-DE"/>
        </w:rPr>
      </w:pPr>
      <w:r w:rsidRPr="00B267FC">
        <w:rPr>
          <w:lang w:val="de-DE"/>
        </w:rPr>
        <w:br w:type="page"/>
      </w:r>
    </w:p>
    <w:p w14:paraId="757CAD5A" w14:textId="77777777" w:rsidR="00C257C8" w:rsidRPr="00750EF7" w:rsidRDefault="00000000">
      <w:pPr>
        <w:pStyle w:val="UnnumberedHeading1"/>
        <w:rPr>
          <w:lang w:val="de-DE"/>
        </w:rPr>
      </w:pPr>
      <w:bookmarkStart w:id="1" w:name="_Toc241501875"/>
      <w:r w:rsidRPr="00750EF7">
        <w:rPr>
          <w:lang w:val="de-DE"/>
        </w:rPr>
        <w:lastRenderedPageBreak/>
        <w:t>Inhaltsverzeichnis</w:t>
      </w:r>
      <w:bookmarkEnd w:id="1"/>
    </w:p>
    <w:p w14:paraId="4B133933" w14:textId="77777777" w:rsidR="00B267FC" w:rsidRDefault="00000000">
      <w:pPr>
        <w:pStyle w:val="Verzeichnis1"/>
        <w:tabs>
          <w:tab w:val="right" w:leader="dot" w:pos="9062"/>
        </w:tabs>
        <w:rPr>
          <w:noProof/>
        </w:rPr>
      </w:pPr>
      <w:r w:rsidRPr="00D80E8D">
        <w:fldChar w:fldCharType="begin"/>
      </w:r>
      <w:r w:rsidRPr="00750EF7">
        <w:rPr>
          <w:sz w:val="21"/>
          <w:lang w:val="de-DE"/>
        </w:rPr>
        <w:instrText>TOC \o "1-3" \h \z \u</w:instrText>
      </w:r>
      <w:r w:rsidRPr="00D80E8D">
        <w:fldChar w:fldCharType="separate"/>
      </w:r>
      <w:hyperlink w:anchor="_Toc241501874" w:history="1">
        <w:r w:rsidR="00B267FC" w:rsidRPr="00A53C85">
          <w:rPr>
            <w:rStyle w:val="Hyperlink"/>
            <w:noProof/>
            <w:lang w:val="de-DE"/>
          </w:rPr>
          <w:t>Abstract</w:t>
        </w:r>
        <w:r w:rsidR="00B267FC">
          <w:rPr>
            <w:noProof/>
            <w:webHidden/>
          </w:rPr>
          <w:tab/>
        </w:r>
        <w:r w:rsidR="00B267FC">
          <w:rPr>
            <w:noProof/>
            <w:webHidden/>
          </w:rPr>
          <w:fldChar w:fldCharType="begin"/>
        </w:r>
        <w:r w:rsidR="00B267FC">
          <w:rPr>
            <w:noProof/>
            <w:webHidden/>
          </w:rPr>
          <w:instrText xml:space="preserve"> PAGEREF _Toc241501874 \h </w:instrText>
        </w:r>
        <w:r w:rsidR="00B267FC">
          <w:rPr>
            <w:noProof/>
            <w:webHidden/>
          </w:rPr>
        </w:r>
        <w:r w:rsidR="00B267FC">
          <w:rPr>
            <w:noProof/>
            <w:webHidden/>
          </w:rPr>
          <w:fldChar w:fldCharType="separate"/>
        </w:r>
        <w:r w:rsidR="00B267FC">
          <w:rPr>
            <w:noProof/>
            <w:webHidden/>
          </w:rPr>
          <w:t>ii</w:t>
        </w:r>
        <w:r w:rsidR="00B267FC">
          <w:rPr>
            <w:noProof/>
            <w:webHidden/>
          </w:rPr>
          <w:fldChar w:fldCharType="end"/>
        </w:r>
      </w:hyperlink>
    </w:p>
    <w:p w14:paraId="3B863BC2" w14:textId="77777777" w:rsidR="00B267FC" w:rsidRDefault="00B267FC">
      <w:pPr>
        <w:pStyle w:val="Verzeichnis1"/>
        <w:tabs>
          <w:tab w:val="right" w:leader="dot" w:pos="9062"/>
        </w:tabs>
        <w:rPr>
          <w:noProof/>
        </w:rPr>
      </w:pPr>
      <w:hyperlink w:anchor="_Toc241501875" w:history="1">
        <w:r w:rsidRPr="00A53C85">
          <w:rPr>
            <w:rStyle w:val="Hyperlink"/>
            <w:noProof/>
            <w:lang w:val="de-DE"/>
          </w:rPr>
          <w:t>Inhaltsverzeichnis</w:t>
        </w:r>
        <w:r>
          <w:rPr>
            <w:noProof/>
            <w:webHidden/>
          </w:rPr>
          <w:tab/>
        </w:r>
        <w:r>
          <w:rPr>
            <w:noProof/>
            <w:webHidden/>
          </w:rPr>
          <w:fldChar w:fldCharType="begin"/>
        </w:r>
        <w:r>
          <w:rPr>
            <w:noProof/>
            <w:webHidden/>
          </w:rPr>
          <w:instrText xml:space="preserve"> PAGEREF _Toc241501875 \h </w:instrText>
        </w:r>
        <w:r>
          <w:rPr>
            <w:noProof/>
            <w:webHidden/>
          </w:rPr>
        </w:r>
        <w:r>
          <w:rPr>
            <w:noProof/>
            <w:webHidden/>
          </w:rPr>
          <w:fldChar w:fldCharType="separate"/>
        </w:r>
        <w:r>
          <w:rPr>
            <w:noProof/>
            <w:webHidden/>
          </w:rPr>
          <w:t>ii</w:t>
        </w:r>
        <w:r>
          <w:rPr>
            <w:noProof/>
            <w:webHidden/>
          </w:rPr>
          <w:fldChar w:fldCharType="end"/>
        </w:r>
      </w:hyperlink>
    </w:p>
    <w:p w14:paraId="27AF6056" w14:textId="77777777" w:rsidR="00B267FC" w:rsidRDefault="00B267FC">
      <w:pPr>
        <w:pStyle w:val="Verzeichnis1"/>
        <w:tabs>
          <w:tab w:val="right" w:leader="dot" w:pos="9062"/>
        </w:tabs>
        <w:rPr>
          <w:noProof/>
        </w:rPr>
      </w:pPr>
      <w:hyperlink w:anchor="_Toc241501876" w:history="1">
        <w:r w:rsidRPr="00A53C85">
          <w:rPr>
            <w:rStyle w:val="Hyperlink"/>
            <w:noProof/>
            <w:lang w:val="de-DE"/>
          </w:rPr>
          <w:t>Abbildungsverzeichnis</w:t>
        </w:r>
        <w:r>
          <w:rPr>
            <w:noProof/>
            <w:webHidden/>
          </w:rPr>
          <w:tab/>
        </w:r>
        <w:r>
          <w:rPr>
            <w:noProof/>
            <w:webHidden/>
          </w:rPr>
          <w:fldChar w:fldCharType="begin"/>
        </w:r>
        <w:r>
          <w:rPr>
            <w:noProof/>
            <w:webHidden/>
          </w:rPr>
          <w:instrText xml:space="preserve"> PAGEREF _Toc241501876 \h </w:instrText>
        </w:r>
        <w:r>
          <w:rPr>
            <w:noProof/>
            <w:webHidden/>
          </w:rPr>
        </w:r>
        <w:r>
          <w:rPr>
            <w:noProof/>
            <w:webHidden/>
          </w:rPr>
          <w:fldChar w:fldCharType="separate"/>
        </w:r>
        <w:r>
          <w:rPr>
            <w:noProof/>
            <w:webHidden/>
          </w:rPr>
          <w:t>ii</w:t>
        </w:r>
        <w:r>
          <w:rPr>
            <w:noProof/>
            <w:webHidden/>
          </w:rPr>
          <w:fldChar w:fldCharType="end"/>
        </w:r>
      </w:hyperlink>
    </w:p>
    <w:p w14:paraId="0E0F9B70" w14:textId="77777777" w:rsidR="00B267FC" w:rsidRDefault="00B267FC">
      <w:pPr>
        <w:pStyle w:val="Verzeichnis1"/>
        <w:tabs>
          <w:tab w:val="right" w:leader="dot" w:pos="9062"/>
        </w:tabs>
        <w:rPr>
          <w:noProof/>
        </w:rPr>
      </w:pPr>
      <w:hyperlink w:anchor="_Toc241501877" w:history="1">
        <w:r w:rsidRPr="00A53C85">
          <w:rPr>
            <w:rStyle w:val="Hyperlink"/>
            <w:noProof/>
            <w:lang w:val="de-DE"/>
          </w:rPr>
          <w:t>Tabellenverzeichnis</w:t>
        </w:r>
        <w:r>
          <w:rPr>
            <w:noProof/>
            <w:webHidden/>
          </w:rPr>
          <w:tab/>
        </w:r>
        <w:r>
          <w:rPr>
            <w:noProof/>
            <w:webHidden/>
          </w:rPr>
          <w:fldChar w:fldCharType="begin"/>
        </w:r>
        <w:r>
          <w:rPr>
            <w:noProof/>
            <w:webHidden/>
          </w:rPr>
          <w:instrText xml:space="preserve"> PAGEREF _Toc241501877 \h </w:instrText>
        </w:r>
        <w:r>
          <w:rPr>
            <w:noProof/>
            <w:webHidden/>
          </w:rPr>
        </w:r>
        <w:r>
          <w:rPr>
            <w:noProof/>
            <w:webHidden/>
          </w:rPr>
          <w:fldChar w:fldCharType="separate"/>
        </w:r>
        <w:r>
          <w:rPr>
            <w:noProof/>
            <w:webHidden/>
          </w:rPr>
          <w:t>ii</w:t>
        </w:r>
        <w:r>
          <w:rPr>
            <w:noProof/>
            <w:webHidden/>
          </w:rPr>
          <w:fldChar w:fldCharType="end"/>
        </w:r>
      </w:hyperlink>
    </w:p>
    <w:p w14:paraId="07CAC326" w14:textId="77777777" w:rsidR="00B267FC" w:rsidRDefault="00B267FC">
      <w:pPr>
        <w:pStyle w:val="Verzeichnis1"/>
        <w:tabs>
          <w:tab w:val="right" w:leader="dot" w:pos="9062"/>
        </w:tabs>
        <w:rPr>
          <w:noProof/>
        </w:rPr>
      </w:pPr>
      <w:hyperlink w:anchor="_Toc241501878" w:history="1">
        <w:r w:rsidRPr="00A53C85">
          <w:rPr>
            <w:rStyle w:val="Hyperlink"/>
            <w:noProof/>
            <w:lang w:val="de-DE"/>
          </w:rPr>
          <w:t>Abkürzungsverzeichnis</w:t>
        </w:r>
        <w:r>
          <w:rPr>
            <w:noProof/>
            <w:webHidden/>
          </w:rPr>
          <w:tab/>
        </w:r>
        <w:r>
          <w:rPr>
            <w:noProof/>
            <w:webHidden/>
          </w:rPr>
          <w:fldChar w:fldCharType="begin"/>
        </w:r>
        <w:r>
          <w:rPr>
            <w:noProof/>
            <w:webHidden/>
          </w:rPr>
          <w:instrText xml:space="preserve"> PAGEREF _Toc241501878 \h </w:instrText>
        </w:r>
        <w:r>
          <w:rPr>
            <w:noProof/>
            <w:webHidden/>
          </w:rPr>
        </w:r>
        <w:r>
          <w:rPr>
            <w:noProof/>
            <w:webHidden/>
          </w:rPr>
          <w:fldChar w:fldCharType="separate"/>
        </w:r>
        <w:r>
          <w:rPr>
            <w:noProof/>
            <w:webHidden/>
          </w:rPr>
          <w:t>ii</w:t>
        </w:r>
        <w:r>
          <w:rPr>
            <w:noProof/>
            <w:webHidden/>
          </w:rPr>
          <w:fldChar w:fldCharType="end"/>
        </w:r>
      </w:hyperlink>
    </w:p>
    <w:p w14:paraId="08AD49C5" w14:textId="77777777" w:rsidR="00B267FC" w:rsidRDefault="00B267FC">
      <w:pPr>
        <w:pStyle w:val="Verzeichnis1"/>
        <w:tabs>
          <w:tab w:val="left" w:pos="480"/>
          <w:tab w:val="right" w:leader="dot" w:pos="9062"/>
        </w:tabs>
        <w:rPr>
          <w:noProof/>
        </w:rPr>
      </w:pPr>
      <w:hyperlink w:anchor="_Toc241501879" w:history="1">
        <w:r w:rsidRPr="00A53C85">
          <w:rPr>
            <w:rStyle w:val="Hyperlink"/>
            <w:noProof/>
          </w:rPr>
          <w:t>1</w:t>
        </w:r>
        <w:r>
          <w:rPr>
            <w:noProof/>
          </w:rPr>
          <w:tab/>
        </w:r>
        <w:r w:rsidRPr="00A53C85">
          <w:rPr>
            <w:rStyle w:val="Hyperlink"/>
            <w:noProof/>
          </w:rPr>
          <w:t>Einleitung</w:t>
        </w:r>
        <w:r>
          <w:rPr>
            <w:noProof/>
            <w:webHidden/>
          </w:rPr>
          <w:tab/>
        </w:r>
        <w:r>
          <w:rPr>
            <w:noProof/>
            <w:webHidden/>
          </w:rPr>
          <w:fldChar w:fldCharType="begin"/>
        </w:r>
        <w:r>
          <w:rPr>
            <w:noProof/>
            <w:webHidden/>
          </w:rPr>
          <w:instrText xml:space="preserve"> PAGEREF _Toc241501879 \h </w:instrText>
        </w:r>
        <w:r>
          <w:rPr>
            <w:noProof/>
            <w:webHidden/>
          </w:rPr>
        </w:r>
        <w:r>
          <w:rPr>
            <w:noProof/>
            <w:webHidden/>
          </w:rPr>
          <w:fldChar w:fldCharType="separate"/>
        </w:r>
        <w:r>
          <w:rPr>
            <w:noProof/>
            <w:webHidden/>
          </w:rPr>
          <w:t>1</w:t>
        </w:r>
        <w:r>
          <w:rPr>
            <w:noProof/>
            <w:webHidden/>
          </w:rPr>
          <w:fldChar w:fldCharType="end"/>
        </w:r>
      </w:hyperlink>
    </w:p>
    <w:p w14:paraId="7AF3D08C" w14:textId="77777777" w:rsidR="00B267FC" w:rsidRDefault="00B267FC">
      <w:pPr>
        <w:pStyle w:val="Verzeichnis2"/>
        <w:tabs>
          <w:tab w:val="left" w:pos="960"/>
          <w:tab w:val="right" w:leader="dot" w:pos="9062"/>
        </w:tabs>
        <w:rPr>
          <w:noProof/>
        </w:rPr>
      </w:pPr>
      <w:hyperlink w:anchor="_Toc241501880" w:history="1">
        <w:r w:rsidRPr="00A53C85">
          <w:rPr>
            <w:rStyle w:val="Hyperlink"/>
            <w:noProof/>
          </w:rPr>
          <w:t>1.1</w:t>
        </w:r>
        <w:r>
          <w:rPr>
            <w:noProof/>
          </w:rPr>
          <w:tab/>
        </w:r>
        <w:r w:rsidRPr="00A53C85">
          <w:rPr>
            <w:rStyle w:val="Hyperlink"/>
            <w:noProof/>
          </w:rPr>
          <w:t>Problemstellung und Zielsetzung</w:t>
        </w:r>
        <w:r>
          <w:rPr>
            <w:noProof/>
            <w:webHidden/>
          </w:rPr>
          <w:tab/>
        </w:r>
        <w:r>
          <w:rPr>
            <w:noProof/>
            <w:webHidden/>
          </w:rPr>
          <w:fldChar w:fldCharType="begin"/>
        </w:r>
        <w:r>
          <w:rPr>
            <w:noProof/>
            <w:webHidden/>
          </w:rPr>
          <w:instrText xml:space="preserve"> PAGEREF _Toc241501880 \h </w:instrText>
        </w:r>
        <w:r>
          <w:rPr>
            <w:noProof/>
            <w:webHidden/>
          </w:rPr>
        </w:r>
        <w:r>
          <w:rPr>
            <w:noProof/>
            <w:webHidden/>
          </w:rPr>
          <w:fldChar w:fldCharType="separate"/>
        </w:r>
        <w:r>
          <w:rPr>
            <w:noProof/>
            <w:webHidden/>
          </w:rPr>
          <w:t>1</w:t>
        </w:r>
        <w:r>
          <w:rPr>
            <w:noProof/>
            <w:webHidden/>
          </w:rPr>
          <w:fldChar w:fldCharType="end"/>
        </w:r>
      </w:hyperlink>
    </w:p>
    <w:p w14:paraId="76947DB9" w14:textId="77777777" w:rsidR="00B267FC" w:rsidRDefault="00B267FC">
      <w:pPr>
        <w:pStyle w:val="Verzeichnis2"/>
        <w:tabs>
          <w:tab w:val="left" w:pos="960"/>
          <w:tab w:val="right" w:leader="dot" w:pos="9062"/>
        </w:tabs>
        <w:rPr>
          <w:noProof/>
        </w:rPr>
      </w:pPr>
      <w:hyperlink w:anchor="_Toc241501881" w:history="1">
        <w:r w:rsidRPr="00A53C85">
          <w:rPr>
            <w:rStyle w:val="Hyperlink"/>
            <w:noProof/>
          </w:rPr>
          <w:t>1.2</w:t>
        </w:r>
        <w:r>
          <w:rPr>
            <w:noProof/>
          </w:rPr>
          <w:tab/>
        </w:r>
        <w:r w:rsidRPr="00A53C85">
          <w:rPr>
            <w:rStyle w:val="Hyperlink"/>
            <w:noProof/>
          </w:rPr>
          <w:t>Aufbau der Arbeit</w:t>
        </w:r>
        <w:r>
          <w:rPr>
            <w:noProof/>
            <w:webHidden/>
          </w:rPr>
          <w:tab/>
        </w:r>
        <w:r>
          <w:rPr>
            <w:noProof/>
            <w:webHidden/>
          </w:rPr>
          <w:fldChar w:fldCharType="begin"/>
        </w:r>
        <w:r>
          <w:rPr>
            <w:noProof/>
            <w:webHidden/>
          </w:rPr>
          <w:instrText xml:space="preserve"> PAGEREF _Toc241501881 \h </w:instrText>
        </w:r>
        <w:r>
          <w:rPr>
            <w:noProof/>
            <w:webHidden/>
          </w:rPr>
        </w:r>
        <w:r>
          <w:rPr>
            <w:noProof/>
            <w:webHidden/>
          </w:rPr>
          <w:fldChar w:fldCharType="separate"/>
        </w:r>
        <w:r>
          <w:rPr>
            <w:noProof/>
            <w:webHidden/>
          </w:rPr>
          <w:t>1</w:t>
        </w:r>
        <w:r>
          <w:rPr>
            <w:noProof/>
            <w:webHidden/>
          </w:rPr>
          <w:fldChar w:fldCharType="end"/>
        </w:r>
      </w:hyperlink>
    </w:p>
    <w:p w14:paraId="39A80D94" w14:textId="77777777" w:rsidR="00B267FC" w:rsidRDefault="00B267FC">
      <w:pPr>
        <w:pStyle w:val="Verzeichnis1"/>
        <w:tabs>
          <w:tab w:val="left" w:pos="480"/>
          <w:tab w:val="right" w:leader="dot" w:pos="9062"/>
        </w:tabs>
        <w:rPr>
          <w:noProof/>
        </w:rPr>
      </w:pPr>
      <w:hyperlink w:anchor="_Toc241501882" w:history="1">
        <w:r w:rsidRPr="00A53C85">
          <w:rPr>
            <w:rStyle w:val="Hyperlink"/>
            <w:noProof/>
          </w:rPr>
          <w:t>2</w:t>
        </w:r>
        <w:r>
          <w:rPr>
            <w:noProof/>
          </w:rPr>
          <w:tab/>
        </w:r>
        <w:r w:rsidRPr="00A53C85">
          <w:rPr>
            <w:rStyle w:val="Hyperlink"/>
            <w:noProof/>
          </w:rPr>
          <w:t>Theoretischer Hintergrund</w:t>
        </w:r>
        <w:r>
          <w:rPr>
            <w:noProof/>
            <w:webHidden/>
          </w:rPr>
          <w:tab/>
        </w:r>
        <w:r>
          <w:rPr>
            <w:noProof/>
            <w:webHidden/>
          </w:rPr>
          <w:fldChar w:fldCharType="begin"/>
        </w:r>
        <w:r>
          <w:rPr>
            <w:noProof/>
            <w:webHidden/>
          </w:rPr>
          <w:instrText xml:space="preserve"> PAGEREF _Toc241501882 \h </w:instrText>
        </w:r>
        <w:r>
          <w:rPr>
            <w:noProof/>
            <w:webHidden/>
          </w:rPr>
        </w:r>
        <w:r>
          <w:rPr>
            <w:noProof/>
            <w:webHidden/>
          </w:rPr>
          <w:fldChar w:fldCharType="separate"/>
        </w:r>
        <w:r>
          <w:rPr>
            <w:noProof/>
            <w:webHidden/>
          </w:rPr>
          <w:t>1</w:t>
        </w:r>
        <w:r>
          <w:rPr>
            <w:noProof/>
            <w:webHidden/>
          </w:rPr>
          <w:fldChar w:fldCharType="end"/>
        </w:r>
      </w:hyperlink>
    </w:p>
    <w:p w14:paraId="7F1DCBD7" w14:textId="77777777" w:rsidR="00B267FC" w:rsidRDefault="00B267FC">
      <w:pPr>
        <w:pStyle w:val="Verzeichnis2"/>
        <w:tabs>
          <w:tab w:val="left" w:pos="960"/>
          <w:tab w:val="right" w:leader="dot" w:pos="9062"/>
        </w:tabs>
        <w:rPr>
          <w:noProof/>
        </w:rPr>
      </w:pPr>
      <w:hyperlink w:anchor="_Toc241501883" w:history="1">
        <w:r w:rsidRPr="00A53C85">
          <w:rPr>
            <w:rStyle w:val="Hyperlink"/>
            <w:noProof/>
          </w:rPr>
          <w:t>2.1</w:t>
        </w:r>
        <w:r>
          <w:rPr>
            <w:noProof/>
          </w:rPr>
          <w:tab/>
        </w:r>
        <w:r w:rsidRPr="00A53C85">
          <w:rPr>
            <w:rStyle w:val="Hyperlink"/>
            <w:noProof/>
          </w:rPr>
          <w:t>Zentrale Konzepte</w:t>
        </w:r>
        <w:r>
          <w:rPr>
            <w:noProof/>
            <w:webHidden/>
          </w:rPr>
          <w:tab/>
        </w:r>
        <w:r>
          <w:rPr>
            <w:noProof/>
            <w:webHidden/>
          </w:rPr>
          <w:fldChar w:fldCharType="begin"/>
        </w:r>
        <w:r>
          <w:rPr>
            <w:noProof/>
            <w:webHidden/>
          </w:rPr>
          <w:instrText xml:space="preserve"> PAGEREF _Toc241501883 \h </w:instrText>
        </w:r>
        <w:r>
          <w:rPr>
            <w:noProof/>
            <w:webHidden/>
          </w:rPr>
        </w:r>
        <w:r>
          <w:rPr>
            <w:noProof/>
            <w:webHidden/>
          </w:rPr>
          <w:fldChar w:fldCharType="separate"/>
        </w:r>
        <w:r>
          <w:rPr>
            <w:noProof/>
            <w:webHidden/>
          </w:rPr>
          <w:t>1</w:t>
        </w:r>
        <w:r>
          <w:rPr>
            <w:noProof/>
            <w:webHidden/>
          </w:rPr>
          <w:fldChar w:fldCharType="end"/>
        </w:r>
      </w:hyperlink>
    </w:p>
    <w:p w14:paraId="3521F895" w14:textId="77777777" w:rsidR="00B267FC" w:rsidRDefault="00B267FC">
      <w:pPr>
        <w:pStyle w:val="Verzeichnis2"/>
        <w:tabs>
          <w:tab w:val="left" w:pos="960"/>
          <w:tab w:val="right" w:leader="dot" w:pos="9062"/>
        </w:tabs>
        <w:rPr>
          <w:noProof/>
        </w:rPr>
      </w:pPr>
      <w:hyperlink w:anchor="_Toc241501884" w:history="1">
        <w:r w:rsidRPr="00A53C85">
          <w:rPr>
            <w:rStyle w:val="Hyperlink"/>
            <w:noProof/>
          </w:rPr>
          <w:t>2.2</w:t>
        </w:r>
        <w:r>
          <w:rPr>
            <w:noProof/>
          </w:rPr>
          <w:tab/>
        </w:r>
        <w:r w:rsidRPr="00A53C85">
          <w:rPr>
            <w:rStyle w:val="Hyperlink"/>
            <w:noProof/>
          </w:rPr>
          <w:t>Forschungsstand</w:t>
        </w:r>
        <w:r>
          <w:rPr>
            <w:noProof/>
            <w:webHidden/>
          </w:rPr>
          <w:tab/>
        </w:r>
        <w:r>
          <w:rPr>
            <w:noProof/>
            <w:webHidden/>
          </w:rPr>
          <w:fldChar w:fldCharType="begin"/>
        </w:r>
        <w:r>
          <w:rPr>
            <w:noProof/>
            <w:webHidden/>
          </w:rPr>
          <w:instrText xml:space="preserve"> PAGEREF _Toc241501884 \h </w:instrText>
        </w:r>
        <w:r>
          <w:rPr>
            <w:noProof/>
            <w:webHidden/>
          </w:rPr>
        </w:r>
        <w:r>
          <w:rPr>
            <w:noProof/>
            <w:webHidden/>
          </w:rPr>
          <w:fldChar w:fldCharType="separate"/>
        </w:r>
        <w:r>
          <w:rPr>
            <w:noProof/>
            <w:webHidden/>
          </w:rPr>
          <w:t>1</w:t>
        </w:r>
        <w:r>
          <w:rPr>
            <w:noProof/>
            <w:webHidden/>
          </w:rPr>
          <w:fldChar w:fldCharType="end"/>
        </w:r>
      </w:hyperlink>
    </w:p>
    <w:p w14:paraId="734A412B" w14:textId="77777777" w:rsidR="00B267FC" w:rsidRDefault="00B267FC">
      <w:pPr>
        <w:pStyle w:val="Verzeichnis2"/>
        <w:tabs>
          <w:tab w:val="left" w:pos="960"/>
          <w:tab w:val="right" w:leader="dot" w:pos="9062"/>
        </w:tabs>
        <w:rPr>
          <w:noProof/>
        </w:rPr>
      </w:pPr>
      <w:hyperlink w:anchor="_Toc241501885" w:history="1">
        <w:r w:rsidRPr="00A53C85">
          <w:rPr>
            <w:rStyle w:val="Hyperlink"/>
            <w:noProof/>
          </w:rPr>
          <w:t>2.3</w:t>
        </w:r>
        <w:r>
          <w:rPr>
            <w:noProof/>
          </w:rPr>
          <w:tab/>
        </w:r>
        <w:r w:rsidRPr="00A53C85">
          <w:rPr>
            <w:rStyle w:val="Hyperlink"/>
            <w:noProof/>
          </w:rPr>
          <w:t>Hypothesenentwicklung</w:t>
        </w:r>
        <w:r>
          <w:rPr>
            <w:noProof/>
            <w:webHidden/>
          </w:rPr>
          <w:tab/>
        </w:r>
        <w:r>
          <w:rPr>
            <w:noProof/>
            <w:webHidden/>
          </w:rPr>
          <w:fldChar w:fldCharType="begin"/>
        </w:r>
        <w:r>
          <w:rPr>
            <w:noProof/>
            <w:webHidden/>
          </w:rPr>
          <w:instrText xml:space="preserve"> PAGEREF _Toc241501885 \h </w:instrText>
        </w:r>
        <w:r>
          <w:rPr>
            <w:noProof/>
            <w:webHidden/>
          </w:rPr>
        </w:r>
        <w:r>
          <w:rPr>
            <w:noProof/>
            <w:webHidden/>
          </w:rPr>
          <w:fldChar w:fldCharType="separate"/>
        </w:r>
        <w:r>
          <w:rPr>
            <w:noProof/>
            <w:webHidden/>
          </w:rPr>
          <w:t>1</w:t>
        </w:r>
        <w:r>
          <w:rPr>
            <w:noProof/>
            <w:webHidden/>
          </w:rPr>
          <w:fldChar w:fldCharType="end"/>
        </w:r>
      </w:hyperlink>
    </w:p>
    <w:p w14:paraId="02B3150C" w14:textId="77777777" w:rsidR="00B267FC" w:rsidRDefault="00B267FC">
      <w:pPr>
        <w:pStyle w:val="Verzeichnis1"/>
        <w:tabs>
          <w:tab w:val="left" w:pos="480"/>
          <w:tab w:val="right" w:leader="dot" w:pos="9062"/>
        </w:tabs>
        <w:rPr>
          <w:noProof/>
        </w:rPr>
      </w:pPr>
      <w:hyperlink w:anchor="_Toc241501886" w:history="1">
        <w:r w:rsidRPr="00A53C85">
          <w:rPr>
            <w:rStyle w:val="Hyperlink"/>
            <w:noProof/>
          </w:rPr>
          <w:t>3</w:t>
        </w:r>
        <w:r>
          <w:rPr>
            <w:noProof/>
          </w:rPr>
          <w:tab/>
        </w:r>
        <w:r w:rsidRPr="00A53C85">
          <w:rPr>
            <w:rStyle w:val="Hyperlink"/>
            <w:noProof/>
          </w:rPr>
          <w:t>Methode</w:t>
        </w:r>
        <w:r>
          <w:rPr>
            <w:noProof/>
            <w:webHidden/>
          </w:rPr>
          <w:tab/>
        </w:r>
        <w:r>
          <w:rPr>
            <w:noProof/>
            <w:webHidden/>
          </w:rPr>
          <w:fldChar w:fldCharType="begin"/>
        </w:r>
        <w:r>
          <w:rPr>
            <w:noProof/>
            <w:webHidden/>
          </w:rPr>
          <w:instrText xml:space="preserve"> PAGEREF _Toc241501886 \h </w:instrText>
        </w:r>
        <w:r>
          <w:rPr>
            <w:noProof/>
            <w:webHidden/>
          </w:rPr>
        </w:r>
        <w:r>
          <w:rPr>
            <w:noProof/>
            <w:webHidden/>
          </w:rPr>
          <w:fldChar w:fldCharType="separate"/>
        </w:r>
        <w:r>
          <w:rPr>
            <w:noProof/>
            <w:webHidden/>
          </w:rPr>
          <w:t>1</w:t>
        </w:r>
        <w:r>
          <w:rPr>
            <w:noProof/>
            <w:webHidden/>
          </w:rPr>
          <w:fldChar w:fldCharType="end"/>
        </w:r>
      </w:hyperlink>
    </w:p>
    <w:p w14:paraId="2B3B1B97" w14:textId="77777777" w:rsidR="00B267FC" w:rsidRDefault="00B267FC">
      <w:pPr>
        <w:pStyle w:val="Verzeichnis2"/>
        <w:tabs>
          <w:tab w:val="left" w:pos="960"/>
          <w:tab w:val="right" w:leader="dot" w:pos="9062"/>
        </w:tabs>
        <w:rPr>
          <w:noProof/>
        </w:rPr>
      </w:pPr>
      <w:hyperlink w:anchor="_Toc241501887" w:history="1">
        <w:r w:rsidRPr="00A53C85">
          <w:rPr>
            <w:rStyle w:val="Hyperlink"/>
            <w:noProof/>
          </w:rPr>
          <w:t>3.1</w:t>
        </w:r>
        <w:r>
          <w:rPr>
            <w:noProof/>
          </w:rPr>
          <w:tab/>
        </w:r>
        <w:r w:rsidRPr="00A53C85">
          <w:rPr>
            <w:rStyle w:val="Hyperlink"/>
            <w:noProof/>
          </w:rPr>
          <w:t>Forschungsdesign</w:t>
        </w:r>
        <w:r>
          <w:rPr>
            <w:noProof/>
            <w:webHidden/>
          </w:rPr>
          <w:tab/>
        </w:r>
        <w:r>
          <w:rPr>
            <w:noProof/>
            <w:webHidden/>
          </w:rPr>
          <w:fldChar w:fldCharType="begin"/>
        </w:r>
        <w:r>
          <w:rPr>
            <w:noProof/>
            <w:webHidden/>
          </w:rPr>
          <w:instrText xml:space="preserve"> PAGEREF _Toc241501887 \h </w:instrText>
        </w:r>
        <w:r>
          <w:rPr>
            <w:noProof/>
            <w:webHidden/>
          </w:rPr>
        </w:r>
        <w:r>
          <w:rPr>
            <w:noProof/>
            <w:webHidden/>
          </w:rPr>
          <w:fldChar w:fldCharType="separate"/>
        </w:r>
        <w:r>
          <w:rPr>
            <w:noProof/>
            <w:webHidden/>
          </w:rPr>
          <w:t>1</w:t>
        </w:r>
        <w:r>
          <w:rPr>
            <w:noProof/>
            <w:webHidden/>
          </w:rPr>
          <w:fldChar w:fldCharType="end"/>
        </w:r>
      </w:hyperlink>
    </w:p>
    <w:p w14:paraId="159E4C79" w14:textId="77777777" w:rsidR="00B267FC" w:rsidRDefault="00B267FC">
      <w:pPr>
        <w:pStyle w:val="Verzeichnis3"/>
        <w:tabs>
          <w:tab w:val="left" w:pos="1440"/>
          <w:tab w:val="right" w:leader="dot" w:pos="9062"/>
        </w:tabs>
        <w:rPr>
          <w:noProof/>
        </w:rPr>
      </w:pPr>
      <w:hyperlink w:anchor="_Toc241501888" w:history="1">
        <w:r w:rsidRPr="00A53C85">
          <w:rPr>
            <w:rStyle w:val="Hyperlink"/>
            <w:noProof/>
          </w:rPr>
          <w:t>3.1.1</w:t>
        </w:r>
        <w:r>
          <w:rPr>
            <w:noProof/>
          </w:rPr>
          <w:tab/>
        </w:r>
        <w:r w:rsidRPr="00A53C85">
          <w:rPr>
            <w:rStyle w:val="Hyperlink"/>
            <w:i/>
            <w:noProof/>
          </w:rPr>
          <w:t>[Unterüberschrift 3. Ebene]</w:t>
        </w:r>
        <w:r>
          <w:rPr>
            <w:noProof/>
            <w:webHidden/>
          </w:rPr>
          <w:tab/>
        </w:r>
        <w:r>
          <w:rPr>
            <w:noProof/>
            <w:webHidden/>
          </w:rPr>
          <w:fldChar w:fldCharType="begin"/>
        </w:r>
        <w:r>
          <w:rPr>
            <w:noProof/>
            <w:webHidden/>
          </w:rPr>
          <w:instrText xml:space="preserve"> PAGEREF _Toc241501888 \h </w:instrText>
        </w:r>
        <w:r>
          <w:rPr>
            <w:noProof/>
            <w:webHidden/>
          </w:rPr>
        </w:r>
        <w:r>
          <w:rPr>
            <w:noProof/>
            <w:webHidden/>
          </w:rPr>
          <w:fldChar w:fldCharType="separate"/>
        </w:r>
        <w:r>
          <w:rPr>
            <w:noProof/>
            <w:webHidden/>
          </w:rPr>
          <w:t>1</w:t>
        </w:r>
        <w:r>
          <w:rPr>
            <w:noProof/>
            <w:webHidden/>
          </w:rPr>
          <w:fldChar w:fldCharType="end"/>
        </w:r>
      </w:hyperlink>
    </w:p>
    <w:p w14:paraId="74E8758D" w14:textId="77777777" w:rsidR="00B267FC" w:rsidRDefault="00B267FC">
      <w:pPr>
        <w:pStyle w:val="Verzeichnis2"/>
        <w:tabs>
          <w:tab w:val="left" w:pos="960"/>
          <w:tab w:val="right" w:leader="dot" w:pos="9062"/>
        </w:tabs>
        <w:rPr>
          <w:noProof/>
        </w:rPr>
      </w:pPr>
      <w:hyperlink w:anchor="_Toc241501889" w:history="1">
        <w:r w:rsidRPr="00A53C85">
          <w:rPr>
            <w:rStyle w:val="Hyperlink"/>
            <w:noProof/>
          </w:rPr>
          <w:t>3.2</w:t>
        </w:r>
        <w:r>
          <w:rPr>
            <w:noProof/>
          </w:rPr>
          <w:tab/>
        </w:r>
        <w:r w:rsidRPr="00A53C85">
          <w:rPr>
            <w:rStyle w:val="Hyperlink"/>
            <w:noProof/>
          </w:rPr>
          <w:t>Daten und Auswertung</w:t>
        </w:r>
        <w:r>
          <w:rPr>
            <w:noProof/>
            <w:webHidden/>
          </w:rPr>
          <w:tab/>
        </w:r>
        <w:r>
          <w:rPr>
            <w:noProof/>
            <w:webHidden/>
          </w:rPr>
          <w:fldChar w:fldCharType="begin"/>
        </w:r>
        <w:r>
          <w:rPr>
            <w:noProof/>
            <w:webHidden/>
          </w:rPr>
          <w:instrText xml:space="preserve"> PAGEREF _Toc241501889 \h </w:instrText>
        </w:r>
        <w:r>
          <w:rPr>
            <w:noProof/>
            <w:webHidden/>
          </w:rPr>
        </w:r>
        <w:r>
          <w:rPr>
            <w:noProof/>
            <w:webHidden/>
          </w:rPr>
          <w:fldChar w:fldCharType="separate"/>
        </w:r>
        <w:r>
          <w:rPr>
            <w:noProof/>
            <w:webHidden/>
          </w:rPr>
          <w:t>1</w:t>
        </w:r>
        <w:r>
          <w:rPr>
            <w:noProof/>
            <w:webHidden/>
          </w:rPr>
          <w:fldChar w:fldCharType="end"/>
        </w:r>
      </w:hyperlink>
    </w:p>
    <w:p w14:paraId="14F299E3" w14:textId="77777777" w:rsidR="00B267FC" w:rsidRDefault="00B267FC">
      <w:pPr>
        <w:pStyle w:val="Verzeichnis1"/>
        <w:tabs>
          <w:tab w:val="left" w:pos="480"/>
          <w:tab w:val="right" w:leader="dot" w:pos="9062"/>
        </w:tabs>
        <w:rPr>
          <w:noProof/>
        </w:rPr>
      </w:pPr>
      <w:hyperlink w:anchor="_Toc241501890" w:history="1">
        <w:r w:rsidRPr="00A53C85">
          <w:rPr>
            <w:rStyle w:val="Hyperlink"/>
            <w:noProof/>
          </w:rPr>
          <w:t>4</w:t>
        </w:r>
        <w:r>
          <w:rPr>
            <w:noProof/>
          </w:rPr>
          <w:tab/>
        </w:r>
        <w:r w:rsidRPr="00A53C85">
          <w:rPr>
            <w:rStyle w:val="Hyperlink"/>
            <w:noProof/>
          </w:rPr>
          <w:t>Ergebnisse</w:t>
        </w:r>
        <w:r>
          <w:rPr>
            <w:noProof/>
            <w:webHidden/>
          </w:rPr>
          <w:tab/>
        </w:r>
        <w:r>
          <w:rPr>
            <w:noProof/>
            <w:webHidden/>
          </w:rPr>
          <w:fldChar w:fldCharType="begin"/>
        </w:r>
        <w:r>
          <w:rPr>
            <w:noProof/>
            <w:webHidden/>
          </w:rPr>
          <w:instrText xml:space="preserve"> PAGEREF _Toc241501890 \h </w:instrText>
        </w:r>
        <w:r>
          <w:rPr>
            <w:noProof/>
            <w:webHidden/>
          </w:rPr>
        </w:r>
        <w:r>
          <w:rPr>
            <w:noProof/>
            <w:webHidden/>
          </w:rPr>
          <w:fldChar w:fldCharType="separate"/>
        </w:r>
        <w:r>
          <w:rPr>
            <w:noProof/>
            <w:webHidden/>
          </w:rPr>
          <w:t>1</w:t>
        </w:r>
        <w:r>
          <w:rPr>
            <w:noProof/>
            <w:webHidden/>
          </w:rPr>
          <w:fldChar w:fldCharType="end"/>
        </w:r>
      </w:hyperlink>
    </w:p>
    <w:p w14:paraId="3A065017" w14:textId="77777777" w:rsidR="00B267FC" w:rsidRDefault="00B267FC">
      <w:pPr>
        <w:pStyle w:val="Verzeichnis1"/>
        <w:tabs>
          <w:tab w:val="left" w:pos="480"/>
          <w:tab w:val="right" w:leader="dot" w:pos="9062"/>
        </w:tabs>
        <w:rPr>
          <w:noProof/>
        </w:rPr>
      </w:pPr>
      <w:hyperlink w:anchor="_Toc241501891" w:history="1">
        <w:r w:rsidRPr="00A53C85">
          <w:rPr>
            <w:rStyle w:val="Hyperlink"/>
            <w:noProof/>
          </w:rPr>
          <w:t>5</w:t>
        </w:r>
        <w:r>
          <w:rPr>
            <w:noProof/>
          </w:rPr>
          <w:tab/>
        </w:r>
        <w:r w:rsidRPr="00A53C85">
          <w:rPr>
            <w:rStyle w:val="Hyperlink"/>
            <w:noProof/>
          </w:rPr>
          <w:t>Diskussion und Fazit</w:t>
        </w:r>
        <w:r>
          <w:rPr>
            <w:noProof/>
            <w:webHidden/>
          </w:rPr>
          <w:tab/>
        </w:r>
        <w:r>
          <w:rPr>
            <w:noProof/>
            <w:webHidden/>
          </w:rPr>
          <w:fldChar w:fldCharType="begin"/>
        </w:r>
        <w:r>
          <w:rPr>
            <w:noProof/>
            <w:webHidden/>
          </w:rPr>
          <w:instrText xml:space="preserve"> PAGEREF _Toc241501891 \h </w:instrText>
        </w:r>
        <w:r>
          <w:rPr>
            <w:noProof/>
            <w:webHidden/>
          </w:rPr>
        </w:r>
        <w:r>
          <w:rPr>
            <w:noProof/>
            <w:webHidden/>
          </w:rPr>
          <w:fldChar w:fldCharType="separate"/>
        </w:r>
        <w:r>
          <w:rPr>
            <w:noProof/>
            <w:webHidden/>
          </w:rPr>
          <w:t>1</w:t>
        </w:r>
        <w:r>
          <w:rPr>
            <w:noProof/>
            <w:webHidden/>
          </w:rPr>
          <w:fldChar w:fldCharType="end"/>
        </w:r>
      </w:hyperlink>
    </w:p>
    <w:p w14:paraId="1F3B45CB" w14:textId="77777777" w:rsidR="00B267FC" w:rsidRDefault="00B267FC">
      <w:pPr>
        <w:pStyle w:val="Verzeichnis1"/>
        <w:tabs>
          <w:tab w:val="right" w:leader="dot" w:pos="9062"/>
        </w:tabs>
        <w:rPr>
          <w:noProof/>
        </w:rPr>
      </w:pPr>
      <w:hyperlink w:anchor="_Toc241501892" w:history="1">
        <w:r w:rsidRPr="00A53C85">
          <w:rPr>
            <w:rStyle w:val="Hyperlink"/>
            <w:noProof/>
            <w:lang w:val="de-DE"/>
          </w:rPr>
          <w:t>Literaturverzeichnis</w:t>
        </w:r>
        <w:r>
          <w:rPr>
            <w:noProof/>
            <w:webHidden/>
          </w:rPr>
          <w:tab/>
        </w:r>
        <w:r>
          <w:rPr>
            <w:noProof/>
            <w:webHidden/>
          </w:rPr>
          <w:fldChar w:fldCharType="begin"/>
        </w:r>
        <w:r>
          <w:rPr>
            <w:noProof/>
            <w:webHidden/>
          </w:rPr>
          <w:instrText xml:space="preserve"> PAGEREF _Toc241501892 \h </w:instrText>
        </w:r>
        <w:r>
          <w:rPr>
            <w:noProof/>
            <w:webHidden/>
          </w:rPr>
        </w:r>
        <w:r>
          <w:rPr>
            <w:noProof/>
            <w:webHidden/>
          </w:rPr>
          <w:fldChar w:fldCharType="separate"/>
        </w:r>
        <w:r>
          <w:rPr>
            <w:noProof/>
            <w:webHidden/>
          </w:rPr>
          <w:t>i</w:t>
        </w:r>
        <w:r>
          <w:rPr>
            <w:noProof/>
            <w:webHidden/>
          </w:rPr>
          <w:fldChar w:fldCharType="end"/>
        </w:r>
      </w:hyperlink>
    </w:p>
    <w:p w14:paraId="3FF14281" w14:textId="77777777" w:rsidR="00B267FC" w:rsidRDefault="00B267FC">
      <w:pPr>
        <w:pStyle w:val="Verzeichnis1"/>
        <w:tabs>
          <w:tab w:val="right" w:leader="dot" w:pos="9062"/>
        </w:tabs>
        <w:rPr>
          <w:noProof/>
        </w:rPr>
      </w:pPr>
      <w:hyperlink w:anchor="_Toc241501893" w:history="1">
        <w:r w:rsidRPr="00A53C85">
          <w:rPr>
            <w:rStyle w:val="Hyperlink"/>
            <w:noProof/>
            <w:lang w:val="de-DE"/>
          </w:rPr>
          <w:t>Anhang</w:t>
        </w:r>
        <w:r>
          <w:rPr>
            <w:noProof/>
            <w:webHidden/>
          </w:rPr>
          <w:tab/>
        </w:r>
        <w:r>
          <w:rPr>
            <w:noProof/>
            <w:webHidden/>
          </w:rPr>
          <w:fldChar w:fldCharType="begin"/>
        </w:r>
        <w:r>
          <w:rPr>
            <w:noProof/>
            <w:webHidden/>
          </w:rPr>
          <w:instrText xml:space="preserve"> PAGEREF _Toc241501893 \h </w:instrText>
        </w:r>
        <w:r>
          <w:rPr>
            <w:noProof/>
            <w:webHidden/>
          </w:rPr>
        </w:r>
        <w:r>
          <w:rPr>
            <w:noProof/>
            <w:webHidden/>
          </w:rPr>
          <w:fldChar w:fldCharType="separate"/>
        </w:r>
        <w:r>
          <w:rPr>
            <w:noProof/>
            <w:webHidden/>
          </w:rPr>
          <w:t>i</w:t>
        </w:r>
        <w:r>
          <w:rPr>
            <w:noProof/>
            <w:webHidden/>
          </w:rPr>
          <w:fldChar w:fldCharType="end"/>
        </w:r>
      </w:hyperlink>
    </w:p>
    <w:p w14:paraId="25912CD3" w14:textId="77777777" w:rsidR="00B267FC" w:rsidRDefault="00B267FC">
      <w:pPr>
        <w:pStyle w:val="Verzeichnis1"/>
        <w:tabs>
          <w:tab w:val="right" w:leader="dot" w:pos="9062"/>
        </w:tabs>
        <w:rPr>
          <w:noProof/>
        </w:rPr>
      </w:pPr>
      <w:hyperlink w:anchor="_Toc241501894" w:history="1">
        <w:r w:rsidRPr="00A53C85">
          <w:rPr>
            <w:rStyle w:val="Hyperlink"/>
            <w:noProof/>
            <w:lang w:val="de-DE"/>
          </w:rPr>
          <w:t>Eidesstattliche Erklärung</w:t>
        </w:r>
        <w:r>
          <w:rPr>
            <w:noProof/>
            <w:webHidden/>
          </w:rPr>
          <w:tab/>
        </w:r>
        <w:r>
          <w:rPr>
            <w:noProof/>
            <w:webHidden/>
          </w:rPr>
          <w:fldChar w:fldCharType="begin"/>
        </w:r>
        <w:r>
          <w:rPr>
            <w:noProof/>
            <w:webHidden/>
          </w:rPr>
          <w:instrText xml:space="preserve"> PAGEREF _Toc241501894 \h </w:instrText>
        </w:r>
        <w:r>
          <w:rPr>
            <w:noProof/>
            <w:webHidden/>
          </w:rPr>
        </w:r>
        <w:r>
          <w:rPr>
            <w:noProof/>
            <w:webHidden/>
          </w:rPr>
          <w:fldChar w:fldCharType="separate"/>
        </w:r>
        <w:r>
          <w:rPr>
            <w:noProof/>
            <w:webHidden/>
          </w:rPr>
          <w:t>i</w:t>
        </w:r>
        <w:r>
          <w:rPr>
            <w:noProof/>
            <w:webHidden/>
          </w:rPr>
          <w:fldChar w:fldCharType="end"/>
        </w:r>
      </w:hyperlink>
    </w:p>
    <w:p w14:paraId="4D716BF3" w14:textId="77777777" w:rsidR="00C257C8" w:rsidRPr="00750EF7" w:rsidRDefault="00000000">
      <w:pPr>
        <w:pStyle w:val="FBEOPlaceholder"/>
        <w:rPr>
          <w:lang w:val="de-DE"/>
        </w:rPr>
      </w:pPr>
      <w:r w:rsidRPr="00D80E8D">
        <w:fldChar w:fldCharType="end"/>
      </w:r>
    </w:p>
    <w:p w14:paraId="13472631" w14:textId="77777777" w:rsidR="00C257C8" w:rsidRPr="00750EF7" w:rsidRDefault="00000000">
      <w:pPr>
        <w:rPr>
          <w:lang w:val="de-DE"/>
        </w:rPr>
      </w:pPr>
      <w:r w:rsidRPr="00750EF7">
        <w:rPr>
          <w:lang w:val="de-DE"/>
        </w:rPr>
        <w:br w:type="page"/>
      </w:r>
    </w:p>
    <w:p w14:paraId="2B90E245" w14:textId="77777777" w:rsidR="00C257C8" w:rsidRPr="00750EF7" w:rsidRDefault="00000000">
      <w:pPr>
        <w:pStyle w:val="UnnumberedHeading1"/>
        <w:rPr>
          <w:lang w:val="de-DE"/>
        </w:rPr>
      </w:pPr>
      <w:bookmarkStart w:id="2" w:name="_Toc241501876"/>
      <w:r w:rsidRPr="00750EF7">
        <w:rPr>
          <w:lang w:val="de-DE"/>
        </w:rPr>
        <w:lastRenderedPageBreak/>
        <w:t>Abbildungsverzeichnis</w:t>
      </w:r>
      <w:bookmarkEnd w:id="2"/>
    </w:p>
    <w:p w14:paraId="70453AF1" w14:textId="77777777" w:rsidR="00C257C8" w:rsidRPr="00750EF7" w:rsidRDefault="00000000" w:rsidP="00B832C3">
      <w:pPr>
        <w:pStyle w:val="FBEOPlaceholder"/>
        <w:rPr>
          <w:lang w:val="de-DE"/>
        </w:rPr>
      </w:pPr>
      <w:r w:rsidRPr="00750EF7">
        <w:rPr>
          <w:lang w:val="de-DE"/>
        </w:rPr>
        <w:t>[Verzeichnis aktualisieren oder entfernen, falls keine Abbildungen verwendet werden.]</w:t>
      </w:r>
    </w:p>
    <w:p w14:paraId="2AF33380" w14:textId="77777777" w:rsidR="00C257C8" w:rsidRPr="00750EF7" w:rsidRDefault="00000000">
      <w:pPr>
        <w:pStyle w:val="UnnumberedHeading1"/>
        <w:rPr>
          <w:lang w:val="de-DE"/>
        </w:rPr>
      </w:pPr>
      <w:bookmarkStart w:id="3" w:name="_Toc241501877"/>
      <w:r w:rsidRPr="00750EF7">
        <w:rPr>
          <w:lang w:val="de-DE"/>
        </w:rPr>
        <w:t>Tabellenverzeichnis</w:t>
      </w:r>
      <w:bookmarkEnd w:id="3"/>
    </w:p>
    <w:p w14:paraId="4F0B8A65" w14:textId="77777777" w:rsidR="00C257C8" w:rsidRPr="00750EF7" w:rsidRDefault="00000000" w:rsidP="00B832C3">
      <w:pPr>
        <w:pStyle w:val="FBEOPlaceholder"/>
        <w:rPr>
          <w:lang w:val="de-DE"/>
        </w:rPr>
      </w:pPr>
      <w:r w:rsidRPr="00750EF7">
        <w:rPr>
          <w:lang w:val="de-DE"/>
        </w:rPr>
        <w:t>[Verzeichnis aktualisieren oder entfernen, falls keine Tabellen verwendet werden.]</w:t>
      </w:r>
    </w:p>
    <w:p w14:paraId="08C916D1" w14:textId="77777777" w:rsidR="00C257C8" w:rsidRPr="00750EF7" w:rsidRDefault="00000000">
      <w:pPr>
        <w:pStyle w:val="UnnumberedHeading1"/>
        <w:rPr>
          <w:lang w:val="de-DE"/>
        </w:rPr>
      </w:pPr>
      <w:bookmarkStart w:id="4" w:name="_Toc241501878"/>
      <w:r w:rsidRPr="00750EF7">
        <w:rPr>
          <w:lang w:val="de-DE"/>
        </w:rPr>
        <w:t>Abkürzungsverzeichnis</w:t>
      </w:r>
      <w:bookmarkEnd w:id="4"/>
    </w:p>
    <w:p w14:paraId="257D0667" w14:textId="2AEBF955" w:rsidR="00C257C8" w:rsidRPr="00750EF7" w:rsidRDefault="00000000" w:rsidP="00B832C3">
      <w:pPr>
        <w:pStyle w:val="FBEOPlaceholder"/>
        <w:rPr>
          <w:lang w:val="de-DE"/>
        </w:rPr>
      </w:pPr>
      <w:r w:rsidRPr="00750EF7">
        <w:rPr>
          <w:lang w:val="de-DE"/>
        </w:rPr>
        <w:t xml:space="preserve">[Nur fachlich relevante Abkürzungen aufführen. Gängige Abkürzungen wie </w:t>
      </w:r>
      <w:r w:rsidR="00CE1493">
        <w:rPr>
          <w:lang w:val="de-DE"/>
        </w:rPr>
        <w:t>„</w:t>
      </w:r>
      <w:r w:rsidRPr="00750EF7">
        <w:rPr>
          <w:lang w:val="de-DE"/>
        </w:rPr>
        <w:t>z. B.</w:t>
      </w:r>
      <w:r w:rsidR="00CE1493">
        <w:rPr>
          <w:lang w:val="de-DE"/>
        </w:rPr>
        <w:t>“</w:t>
      </w:r>
      <w:r w:rsidRPr="00750EF7">
        <w:rPr>
          <w:lang w:val="de-DE"/>
        </w:rPr>
        <w:t xml:space="preserve"> nicht aufnehmen.</w:t>
      </w:r>
      <w:r w:rsidR="00CE1493">
        <w:rPr>
          <w:lang w:val="de-DE"/>
        </w:rPr>
        <w:t xml:space="preserve"> Referenzwerk ist der Duden.</w:t>
      </w:r>
      <w:r w:rsidRPr="00750EF7">
        <w:rPr>
          <w:lang w:val="de-DE"/>
        </w:rPr>
        <w:t>]</w:t>
      </w:r>
    </w:p>
    <w:p w14:paraId="486B52EB" w14:textId="77777777" w:rsidR="00C257C8" w:rsidRDefault="00C257C8">
      <w:pPr>
        <w:rPr>
          <w:lang w:val="de-DE"/>
        </w:rPr>
      </w:pPr>
    </w:p>
    <w:p w14:paraId="5858CF5F" w14:textId="77777777" w:rsidR="00F932AF" w:rsidRPr="00750EF7" w:rsidRDefault="00F932AF">
      <w:pPr>
        <w:rPr>
          <w:lang w:val="de-DE"/>
        </w:rPr>
        <w:sectPr w:rsidR="00F932AF" w:rsidRPr="00750EF7" w:rsidSect="00DA4DE7">
          <w:headerReference w:type="default" r:id="rId10"/>
          <w:footerReference w:type="default" r:id="rId11"/>
          <w:pgSz w:w="11906" w:h="16838"/>
          <w:pgMar w:top="1417" w:right="1417" w:bottom="1417" w:left="1417" w:header="709" w:footer="709" w:gutter="0"/>
          <w:pgNumType w:fmt="lowerRoman" w:start="2"/>
          <w:cols w:space="720"/>
          <w:docGrid w:linePitch="360"/>
        </w:sectPr>
      </w:pPr>
    </w:p>
    <w:p w14:paraId="62184CB9" w14:textId="77777777" w:rsidR="00C257C8" w:rsidRPr="00F932AF" w:rsidRDefault="00000000" w:rsidP="00F932AF">
      <w:pPr>
        <w:pStyle w:val="berschrift1"/>
      </w:pPr>
      <w:bookmarkStart w:id="5" w:name="_Toc241501879"/>
      <w:proofErr w:type="spellStart"/>
      <w:r w:rsidRPr="00F932AF">
        <w:rPr>
          <w:rFonts w:eastAsia="Times New Roman"/>
        </w:rPr>
        <w:lastRenderedPageBreak/>
        <w:t>Einleitung</w:t>
      </w:r>
      <w:bookmarkEnd w:id="5"/>
      <w:proofErr w:type="spellEnd"/>
    </w:p>
    <w:p w14:paraId="59442D8C" w14:textId="77777777" w:rsidR="00C257C8" w:rsidRPr="00750EF7" w:rsidRDefault="00000000" w:rsidP="00B832C3">
      <w:pPr>
        <w:pStyle w:val="FBEOPlaceholder"/>
        <w:rPr>
          <w:lang w:val="de-DE"/>
        </w:rPr>
      </w:pPr>
      <w:r w:rsidRPr="00750EF7">
        <w:rPr>
          <w:lang w:val="de-DE"/>
        </w:rPr>
        <w:t>[Führen Sie in die Problemstellung ein, begründen Sie die Relevanz, formulieren Sie die Forschungsfrage und skizzieren Sie den Aufbau der Arbeit.]</w:t>
      </w:r>
    </w:p>
    <w:p w14:paraId="7233190F" w14:textId="77777777" w:rsidR="00C257C8" w:rsidRPr="00D80E8D" w:rsidRDefault="00000000" w:rsidP="00F932AF">
      <w:pPr>
        <w:pStyle w:val="berschrift1"/>
      </w:pPr>
      <w:bookmarkStart w:id="6" w:name="_Toc241501882"/>
      <w:proofErr w:type="spellStart"/>
      <w:r w:rsidRPr="00D80E8D">
        <w:rPr>
          <w:rFonts w:eastAsia="Times New Roman"/>
        </w:rPr>
        <w:t>Theoretischer</w:t>
      </w:r>
      <w:proofErr w:type="spellEnd"/>
      <w:r w:rsidRPr="00D80E8D">
        <w:rPr>
          <w:rFonts w:eastAsia="Times New Roman"/>
        </w:rPr>
        <w:t xml:space="preserve"> </w:t>
      </w:r>
      <w:proofErr w:type="spellStart"/>
      <w:r w:rsidRPr="00F932AF">
        <w:rPr>
          <w:rFonts w:eastAsia="Times New Roman"/>
        </w:rPr>
        <w:t>Hintergrund</w:t>
      </w:r>
      <w:bookmarkEnd w:id="6"/>
      <w:proofErr w:type="spellEnd"/>
    </w:p>
    <w:p w14:paraId="2D553D46" w14:textId="77777777" w:rsidR="00C257C8" w:rsidRPr="00750EF7" w:rsidRDefault="00000000" w:rsidP="00B832C3">
      <w:pPr>
        <w:pStyle w:val="FBEOPlaceholder"/>
        <w:rPr>
          <w:lang w:val="de-DE"/>
        </w:rPr>
      </w:pPr>
      <w:r w:rsidRPr="00750EF7">
        <w:rPr>
          <w:lang w:val="de-DE"/>
        </w:rPr>
        <w:t>[Ordnen Sie die Arbeit in die relevante Literatur ein. Definieren Sie zentrale Begriffe und nutzen Sie Theorie nicht als Dekoration, sondern als Bezugsrahmen für die Forschungsfrage.]</w:t>
      </w:r>
    </w:p>
    <w:p w14:paraId="3A1C84C4" w14:textId="77777777" w:rsidR="00C257C8" w:rsidRPr="00D80E8D" w:rsidRDefault="00000000" w:rsidP="00F932AF">
      <w:pPr>
        <w:pStyle w:val="berschrift2"/>
      </w:pPr>
      <w:bookmarkStart w:id="7" w:name="_Toc241501883"/>
      <w:proofErr w:type="spellStart"/>
      <w:r w:rsidRPr="00D80E8D">
        <w:rPr>
          <w:rFonts w:eastAsia="Times New Roman"/>
        </w:rPr>
        <w:t>Zentrale</w:t>
      </w:r>
      <w:proofErr w:type="spellEnd"/>
      <w:r w:rsidRPr="00D80E8D">
        <w:rPr>
          <w:rFonts w:eastAsia="Times New Roman"/>
        </w:rPr>
        <w:t xml:space="preserve"> </w:t>
      </w:r>
      <w:proofErr w:type="spellStart"/>
      <w:r w:rsidRPr="00D80E8D">
        <w:rPr>
          <w:rFonts w:eastAsia="Times New Roman"/>
        </w:rPr>
        <w:t>Konzepte</w:t>
      </w:r>
      <w:bookmarkEnd w:id="7"/>
      <w:proofErr w:type="spellEnd"/>
    </w:p>
    <w:p w14:paraId="731E20FA" w14:textId="77777777" w:rsidR="00C257C8" w:rsidRPr="00B832C3" w:rsidRDefault="00000000" w:rsidP="00B832C3">
      <w:pPr>
        <w:pStyle w:val="FBEOPlaceholder"/>
        <w:rPr>
          <w:lang w:val="de-DE"/>
        </w:rPr>
      </w:pPr>
      <w:r w:rsidRPr="00B832C3">
        <w:rPr>
          <w:lang w:val="de-DE"/>
        </w:rPr>
        <w:t>[Fließtext]</w:t>
      </w:r>
    </w:p>
    <w:p w14:paraId="65E4057D" w14:textId="77777777" w:rsidR="00900886" w:rsidRPr="00B267FC" w:rsidRDefault="00000000">
      <w:pPr>
        <w:pStyle w:val="FBEOPlaceholder"/>
        <w:rPr>
          <w:lang w:val="de-DE"/>
        </w:rPr>
      </w:pPr>
      <w:r w:rsidRPr="00B267FC">
        <w:rPr>
          <w:lang w:val="de-DE"/>
        </w:rPr>
        <w:t>[Beispiel Blockzitat: Direkte Zitate ab 40 Wörtern werden als eingerückter Block ohne Anführungszeichen gesetzt. Den folgenden Musterabsatz vor der Abgabe ersetzen oder löschen.]</w:t>
      </w:r>
    </w:p>
    <w:p w14:paraId="77B37130" w14:textId="77777777" w:rsidR="00900886" w:rsidRPr="00083E55" w:rsidRDefault="00000000" w:rsidP="00083E55">
      <w:pPr>
        <w:pStyle w:val="BlockQuote"/>
      </w:pPr>
      <w:r w:rsidRPr="00083E55">
        <w:rPr>
          <w:rStyle w:val="ZitatZchn"/>
          <w:lang w:val="en-US"/>
        </w:rPr>
        <w:t xml:space="preserve">Bei </w:t>
      </w:r>
      <w:proofErr w:type="spellStart"/>
      <w:r w:rsidRPr="00083E55">
        <w:rPr>
          <w:rStyle w:val="ZitatZchn"/>
          <w:lang w:val="en-US"/>
        </w:rPr>
        <w:t>einem</w:t>
      </w:r>
      <w:proofErr w:type="spellEnd"/>
      <w:r w:rsidRPr="00083E55">
        <w:rPr>
          <w:rStyle w:val="ZitatZchn"/>
          <w:lang w:val="en-US"/>
        </w:rPr>
        <w:t xml:space="preserve"> </w:t>
      </w:r>
      <w:proofErr w:type="spellStart"/>
      <w:r w:rsidRPr="00083E55">
        <w:rPr>
          <w:rStyle w:val="ZitatZchn"/>
          <w:lang w:val="en-US"/>
        </w:rPr>
        <w:t>direkten</w:t>
      </w:r>
      <w:proofErr w:type="spellEnd"/>
      <w:r w:rsidRPr="00083E55">
        <w:rPr>
          <w:rStyle w:val="ZitatZchn"/>
          <w:lang w:val="en-US"/>
        </w:rPr>
        <w:t xml:space="preserve"> </w:t>
      </w:r>
      <w:proofErr w:type="spellStart"/>
      <w:r w:rsidRPr="00083E55">
        <w:rPr>
          <w:rStyle w:val="ZitatZchn"/>
          <w:lang w:val="en-US"/>
        </w:rPr>
        <w:t>Zitat</w:t>
      </w:r>
      <w:proofErr w:type="spellEnd"/>
      <w:r w:rsidRPr="00083E55">
        <w:rPr>
          <w:rStyle w:val="ZitatZchn"/>
          <w:lang w:val="en-US"/>
        </w:rPr>
        <w:t xml:space="preserve"> </w:t>
      </w:r>
      <w:proofErr w:type="spellStart"/>
      <w:r w:rsidRPr="00083E55">
        <w:rPr>
          <w:rStyle w:val="ZitatZchn"/>
          <w:lang w:val="en-US"/>
        </w:rPr>
        <w:t>mit</w:t>
      </w:r>
      <w:proofErr w:type="spellEnd"/>
      <w:r w:rsidRPr="00083E55">
        <w:rPr>
          <w:rStyle w:val="ZitatZchn"/>
          <w:lang w:val="en-US"/>
        </w:rPr>
        <w:t xml:space="preserve"> 40 </w:t>
      </w:r>
      <w:proofErr w:type="spellStart"/>
      <w:r w:rsidRPr="00083E55">
        <w:rPr>
          <w:rStyle w:val="ZitatZchn"/>
          <w:lang w:val="en-US"/>
        </w:rPr>
        <w:t>oder</w:t>
      </w:r>
      <w:proofErr w:type="spellEnd"/>
      <w:r w:rsidRPr="00083E55">
        <w:rPr>
          <w:rStyle w:val="ZitatZchn"/>
          <w:lang w:val="en-US"/>
        </w:rPr>
        <w:t xml:space="preserve"> </w:t>
      </w:r>
      <w:proofErr w:type="spellStart"/>
      <w:r w:rsidRPr="00083E55">
        <w:rPr>
          <w:rStyle w:val="ZitatZchn"/>
          <w:lang w:val="en-US"/>
        </w:rPr>
        <w:t>mehr</w:t>
      </w:r>
      <w:proofErr w:type="spellEnd"/>
      <w:r w:rsidRPr="00083E55">
        <w:rPr>
          <w:rStyle w:val="ZitatZchn"/>
          <w:lang w:val="en-US"/>
        </w:rPr>
        <w:t xml:space="preserve"> </w:t>
      </w:r>
      <w:proofErr w:type="spellStart"/>
      <w:r w:rsidRPr="00083E55">
        <w:rPr>
          <w:rStyle w:val="ZitatZchn"/>
          <w:lang w:val="en-US"/>
        </w:rPr>
        <w:t>Wörtern</w:t>
      </w:r>
      <w:proofErr w:type="spellEnd"/>
      <w:r w:rsidRPr="00083E55">
        <w:rPr>
          <w:rStyle w:val="ZitatZchn"/>
          <w:lang w:val="en-US"/>
        </w:rPr>
        <w:t xml:space="preserve"> </w:t>
      </w:r>
      <w:proofErr w:type="spellStart"/>
      <w:r w:rsidRPr="00083E55">
        <w:rPr>
          <w:rStyle w:val="ZitatZchn"/>
          <w:lang w:val="en-US"/>
        </w:rPr>
        <w:t>wird</w:t>
      </w:r>
      <w:proofErr w:type="spellEnd"/>
      <w:r w:rsidRPr="00083E55">
        <w:rPr>
          <w:rStyle w:val="ZitatZchn"/>
          <w:lang w:val="en-US"/>
        </w:rPr>
        <w:t xml:space="preserve"> der </w:t>
      </w:r>
      <w:proofErr w:type="spellStart"/>
      <w:r w:rsidRPr="00083E55">
        <w:rPr>
          <w:rStyle w:val="ZitatZchn"/>
          <w:lang w:val="en-US"/>
        </w:rPr>
        <w:t>zitierte</w:t>
      </w:r>
      <w:proofErr w:type="spellEnd"/>
      <w:r w:rsidRPr="00083E55">
        <w:rPr>
          <w:rStyle w:val="ZitatZchn"/>
          <w:lang w:val="en-US"/>
        </w:rPr>
        <w:t xml:space="preserve"> Text </w:t>
      </w:r>
      <w:proofErr w:type="spellStart"/>
      <w:r w:rsidRPr="00083E55">
        <w:rPr>
          <w:rStyle w:val="ZitatZchn"/>
          <w:lang w:val="en-US"/>
        </w:rPr>
        <w:t>als</w:t>
      </w:r>
      <w:proofErr w:type="spellEnd"/>
      <w:r w:rsidRPr="00083E55">
        <w:rPr>
          <w:rStyle w:val="ZitatZchn"/>
          <w:lang w:val="en-US"/>
        </w:rPr>
        <w:t xml:space="preserve"> </w:t>
      </w:r>
      <w:proofErr w:type="spellStart"/>
      <w:r w:rsidRPr="00083E55">
        <w:rPr>
          <w:rStyle w:val="ZitatZchn"/>
          <w:lang w:val="en-US"/>
        </w:rPr>
        <w:t>eigener</w:t>
      </w:r>
      <w:proofErr w:type="spellEnd"/>
      <w:r w:rsidRPr="00083E55">
        <w:rPr>
          <w:rStyle w:val="ZitatZchn"/>
          <w:lang w:val="en-US"/>
        </w:rPr>
        <w:t xml:space="preserve"> </w:t>
      </w:r>
      <w:proofErr w:type="spellStart"/>
      <w:r w:rsidRPr="00083E55">
        <w:rPr>
          <w:rStyle w:val="ZitatZchn"/>
          <w:lang w:val="en-US"/>
        </w:rPr>
        <w:t>Absatz</w:t>
      </w:r>
      <w:proofErr w:type="spellEnd"/>
      <w:r w:rsidRPr="00083E55">
        <w:rPr>
          <w:rStyle w:val="ZitatZchn"/>
          <w:lang w:val="en-US"/>
        </w:rPr>
        <w:t xml:space="preserve"> </w:t>
      </w:r>
      <w:proofErr w:type="spellStart"/>
      <w:r w:rsidRPr="00083E55">
        <w:rPr>
          <w:rStyle w:val="ZitatZchn"/>
          <w:lang w:val="en-US"/>
        </w:rPr>
        <w:t>eingerückt</w:t>
      </w:r>
      <w:proofErr w:type="spellEnd"/>
      <w:r w:rsidRPr="00083E55">
        <w:rPr>
          <w:rStyle w:val="ZitatZchn"/>
          <w:lang w:val="en-US"/>
        </w:rPr>
        <w:t xml:space="preserve">, </w:t>
      </w:r>
      <w:proofErr w:type="spellStart"/>
      <w:r w:rsidRPr="00083E55">
        <w:rPr>
          <w:rStyle w:val="ZitatZchn"/>
          <w:lang w:val="en-US"/>
        </w:rPr>
        <w:t>ohne</w:t>
      </w:r>
      <w:proofErr w:type="spellEnd"/>
      <w:r w:rsidRPr="00083E55">
        <w:rPr>
          <w:rStyle w:val="ZitatZchn"/>
          <w:lang w:val="en-US"/>
        </w:rPr>
        <w:t xml:space="preserve"> </w:t>
      </w:r>
      <w:proofErr w:type="spellStart"/>
      <w:r w:rsidRPr="00083E55">
        <w:rPr>
          <w:rStyle w:val="ZitatZchn"/>
          <w:lang w:val="en-US"/>
        </w:rPr>
        <w:t>Anführungszeichen</w:t>
      </w:r>
      <w:proofErr w:type="spellEnd"/>
      <w:r w:rsidRPr="00083E55">
        <w:t xml:space="preserve">. Der </w:t>
      </w:r>
      <w:proofErr w:type="spellStart"/>
      <w:r w:rsidRPr="00083E55">
        <w:t>Wortlaut</w:t>
      </w:r>
      <w:proofErr w:type="spellEnd"/>
      <w:r w:rsidRPr="00083E55">
        <w:t xml:space="preserve"> </w:t>
      </w:r>
      <w:proofErr w:type="spellStart"/>
      <w:r w:rsidRPr="00083E55">
        <w:t>bleibt</w:t>
      </w:r>
      <w:proofErr w:type="spellEnd"/>
      <w:r w:rsidRPr="00083E55">
        <w:t xml:space="preserve"> </w:t>
      </w:r>
      <w:proofErr w:type="spellStart"/>
      <w:r w:rsidRPr="00083E55">
        <w:t>unverändert</w:t>
      </w:r>
      <w:proofErr w:type="spellEnd"/>
      <w:r w:rsidRPr="00083E55">
        <w:t xml:space="preserve">; </w:t>
      </w:r>
      <w:proofErr w:type="spellStart"/>
      <w:r w:rsidRPr="00083E55">
        <w:t>Auslassungen</w:t>
      </w:r>
      <w:proofErr w:type="spellEnd"/>
      <w:r w:rsidRPr="00083E55">
        <w:t xml:space="preserve"> und </w:t>
      </w:r>
      <w:proofErr w:type="spellStart"/>
      <w:r w:rsidRPr="00083E55">
        <w:t>Ergänzungen</w:t>
      </w:r>
      <w:proofErr w:type="spellEnd"/>
      <w:r w:rsidRPr="00083E55">
        <w:t xml:space="preserve"> </w:t>
      </w:r>
      <w:proofErr w:type="spellStart"/>
      <w:r w:rsidRPr="00083E55">
        <w:t>werden</w:t>
      </w:r>
      <w:proofErr w:type="spellEnd"/>
      <w:r w:rsidRPr="00083E55">
        <w:t xml:space="preserve"> </w:t>
      </w:r>
      <w:proofErr w:type="spellStart"/>
      <w:r w:rsidRPr="00083E55">
        <w:t>nach</w:t>
      </w:r>
      <w:proofErr w:type="spellEnd"/>
      <w:r w:rsidRPr="00083E55">
        <w:t xml:space="preserve"> den </w:t>
      </w:r>
      <w:proofErr w:type="spellStart"/>
      <w:r w:rsidRPr="00083E55">
        <w:t>Zitationsregeln</w:t>
      </w:r>
      <w:proofErr w:type="spellEnd"/>
      <w:r w:rsidRPr="00083E55">
        <w:t xml:space="preserve"> </w:t>
      </w:r>
      <w:proofErr w:type="spellStart"/>
      <w:r w:rsidRPr="00083E55">
        <w:t>gekennzeichnet</w:t>
      </w:r>
      <w:proofErr w:type="spellEnd"/>
      <w:r w:rsidRPr="00083E55">
        <w:t xml:space="preserve">. Die </w:t>
      </w:r>
      <w:proofErr w:type="spellStart"/>
      <w:r w:rsidRPr="00083E55">
        <w:t>Quellenangabe</w:t>
      </w:r>
      <w:proofErr w:type="spellEnd"/>
      <w:r w:rsidRPr="00083E55">
        <w:t xml:space="preserve"> </w:t>
      </w:r>
      <w:proofErr w:type="spellStart"/>
      <w:r w:rsidRPr="00083E55">
        <w:t>enthält</w:t>
      </w:r>
      <w:proofErr w:type="spellEnd"/>
      <w:r w:rsidRPr="00083E55">
        <w:t xml:space="preserve"> </w:t>
      </w:r>
      <w:proofErr w:type="spellStart"/>
      <w:r w:rsidRPr="00083E55">
        <w:t>bei</w:t>
      </w:r>
      <w:proofErr w:type="spellEnd"/>
      <w:r w:rsidRPr="00083E55">
        <w:t xml:space="preserve"> </w:t>
      </w:r>
      <w:proofErr w:type="spellStart"/>
      <w:r w:rsidRPr="00083E55">
        <w:t>direkten</w:t>
      </w:r>
      <w:proofErr w:type="spellEnd"/>
      <w:r w:rsidRPr="00083E55">
        <w:t xml:space="preserve"> </w:t>
      </w:r>
      <w:proofErr w:type="spellStart"/>
      <w:r w:rsidRPr="00083E55">
        <w:t>Zitaten</w:t>
      </w:r>
      <w:proofErr w:type="spellEnd"/>
      <w:r w:rsidRPr="00083E55">
        <w:t xml:space="preserve"> </w:t>
      </w:r>
      <w:proofErr w:type="spellStart"/>
      <w:r w:rsidRPr="00083E55">
        <w:t>zusätzlich</w:t>
      </w:r>
      <w:proofErr w:type="spellEnd"/>
      <w:r w:rsidRPr="00083E55">
        <w:t xml:space="preserve"> die </w:t>
      </w:r>
      <w:proofErr w:type="spellStart"/>
      <w:r w:rsidRPr="00083E55">
        <w:t>Seitenzahl</w:t>
      </w:r>
      <w:proofErr w:type="spellEnd"/>
      <w:r w:rsidRPr="00083E55">
        <w:t>. (Autor, Jahr, S. xx)</w:t>
      </w:r>
    </w:p>
    <w:p w14:paraId="3A0A240A" w14:textId="77777777" w:rsidR="00C257C8" w:rsidRPr="00D80E8D" w:rsidRDefault="00000000" w:rsidP="00F932AF">
      <w:pPr>
        <w:pStyle w:val="berschrift2"/>
      </w:pPr>
      <w:bookmarkStart w:id="8" w:name="_Toc241501884"/>
      <w:proofErr w:type="spellStart"/>
      <w:r w:rsidRPr="00D80E8D">
        <w:rPr>
          <w:rFonts w:eastAsia="Times New Roman"/>
        </w:rPr>
        <w:t>Forschungsstand</w:t>
      </w:r>
      <w:bookmarkEnd w:id="8"/>
      <w:proofErr w:type="spellEnd"/>
    </w:p>
    <w:p w14:paraId="32157929" w14:textId="77777777" w:rsidR="00C257C8" w:rsidRPr="00B832C3" w:rsidRDefault="00000000" w:rsidP="00B832C3">
      <w:pPr>
        <w:pStyle w:val="FBEOPlaceholder"/>
        <w:rPr>
          <w:lang w:val="de-DE"/>
        </w:rPr>
      </w:pPr>
      <w:r w:rsidRPr="00B832C3">
        <w:rPr>
          <w:lang w:val="de-DE"/>
        </w:rPr>
        <w:t>[Fließtext]</w:t>
      </w:r>
    </w:p>
    <w:p w14:paraId="7CD5F873" w14:textId="77777777" w:rsidR="00900886" w:rsidRDefault="00000000">
      <w:pPr>
        <w:pStyle w:val="berschrift2"/>
      </w:pPr>
      <w:bookmarkStart w:id="9" w:name="_Toc241501885"/>
      <w:r>
        <w:rPr>
          <w:rFonts w:eastAsia="Times New Roman"/>
        </w:rPr>
        <w:t>Hypothesenentwicklung</w:t>
      </w:r>
      <w:bookmarkEnd w:id="9"/>
    </w:p>
    <w:p w14:paraId="37A95CD2" w14:textId="77777777" w:rsidR="00900886" w:rsidRPr="00B267FC" w:rsidRDefault="00000000">
      <w:pPr>
        <w:pStyle w:val="FBEOPlaceholder"/>
        <w:rPr>
          <w:lang w:val="de-DE"/>
        </w:rPr>
      </w:pPr>
      <w:r w:rsidRPr="00B267FC">
        <w:rPr>
          <w:lang w:val="de-DE"/>
        </w:rPr>
        <w:t>[Optional: Nur bei hypothesenprüfenden Arbeiten verwenden. Hypothesen jeweils in einem eigenen Absatz formulieren; Abschnitt bei Nichtverwendung löschen.]</w:t>
      </w:r>
    </w:p>
    <w:p w14:paraId="775AC6AB" w14:textId="77777777" w:rsidR="00900886" w:rsidRPr="00B267FC" w:rsidRDefault="00000000">
      <w:pPr>
        <w:pStyle w:val="Hypothesis"/>
        <w:rPr>
          <w:lang w:val="de-DE"/>
        </w:rPr>
      </w:pPr>
      <w:r w:rsidRPr="00B267FC">
        <w:rPr>
          <w:b/>
          <w:lang w:val="de-DE"/>
        </w:rPr>
        <w:t xml:space="preserve">H1: </w:t>
      </w:r>
      <w:r w:rsidRPr="00B267FC">
        <w:rPr>
          <w:lang w:val="de-DE"/>
        </w:rPr>
        <w:t>[Ein höheres Ausmaß von X steht positiv mit Y in Zusammenhang.]</w:t>
      </w:r>
    </w:p>
    <w:p w14:paraId="70847AEA" w14:textId="77777777" w:rsidR="00900886" w:rsidRPr="00B267FC" w:rsidRDefault="00000000">
      <w:pPr>
        <w:pStyle w:val="Hypothesis"/>
        <w:rPr>
          <w:lang w:val="de-DE"/>
        </w:rPr>
      </w:pPr>
      <w:r w:rsidRPr="00B267FC">
        <w:rPr>
          <w:b/>
          <w:lang w:val="de-DE"/>
        </w:rPr>
        <w:t xml:space="preserve">H2: </w:t>
      </w:r>
      <w:r w:rsidRPr="00B267FC">
        <w:rPr>
          <w:lang w:val="de-DE"/>
        </w:rPr>
        <w:t>[Der Zusammenhang zwischen X und Y wird durch Z verstärkt.]</w:t>
      </w:r>
    </w:p>
    <w:p w14:paraId="256C5952" w14:textId="77777777" w:rsidR="00C257C8" w:rsidRPr="00D80E8D" w:rsidRDefault="00000000" w:rsidP="00F932AF">
      <w:pPr>
        <w:pStyle w:val="berschrift1"/>
      </w:pPr>
      <w:bookmarkStart w:id="10" w:name="_Toc241501886"/>
      <w:r w:rsidRPr="00D80E8D">
        <w:rPr>
          <w:rFonts w:eastAsia="Times New Roman"/>
        </w:rPr>
        <w:t>Methode</w:t>
      </w:r>
      <w:bookmarkEnd w:id="10"/>
    </w:p>
    <w:p w14:paraId="48AB716F" w14:textId="77777777" w:rsidR="00C257C8" w:rsidRPr="00D80E8D" w:rsidRDefault="00000000" w:rsidP="00B832C3">
      <w:pPr>
        <w:pStyle w:val="FBEOPlaceholder"/>
      </w:pPr>
      <w:r w:rsidRPr="00750EF7">
        <w:rPr>
          <w:lang w:val="de-DE"/>
        </w:rPr>
        <w:t xml:space="preserve">[Begründen Sie Forschungsdesign, Datenbasis, Erhebungs- und Auswertungsverfahren. </w:t>
      </w:r>
      <w:r w:rsidRPr="00D80E8D">
        <w:t xml:space="preserve">Die Methode muss </w:t>
      </w:r>
      <w:proofErr w:type="spellStart"/>
      <w:r w:rsidRPr="00D80E8D">
        <w:t>zur</w:t>
      </w:r>
      <w:proofErr w:type="spellEnd"/>
      <w:r w:rsidRPr="00D80E8D">
        <w:t xml:space="preserve"> </w:t>
      </w:r>
      <w:proofErr w:type="spellStart"/>
      <w:r w:rsidRPr="00D80E8D">
        <w:t>Forschungsfrage</w:t>
      </w:r>
      <w:proofErr w:type="spellEnd"/>
      <w:r w:rsidRPr="00D80E8D">
        <w:t xml:space="preserve"> </w:t>
      </w:r>
      <w:proofErr w:type="spellStart"/>
      <w:r w:rsidRPr="00D80E8D">
        <w:t>passen</w:t>
      </w:r>
      <w:proofErr w:type="spellEnd"/>
      <w:r w:rsidRPr="00D80E8D">
        <w:t>.]</w:t>
      </w:r>
    </w:p>
    <w:p w14:paraId="742B9693" w14:textId="77777777" w:rsidR="00C257C8" w:rsidRPr="00D80E8D" w:rsidRDefault="00000000" w:rsidP="00F932AF">
      <w:pPr>
        <w:pStyle w:val="berschrift2"/>
      </w:pPr>
      <w:bookmarkStart w:id="11" w:name="_Toc241501887"/>
      <w:r w:rsidRPr="00D80E8D">
        <w:rPr>
          <w:rFonts w:eastAsia="Times New Roman"/>
        </w:rPr>
        <w:t>Forschungsdesign</w:t>
      </w:r>
      <w:bookmarkEnd w:id="11"/>
    </w:p>
    <w:p w14:paraId="473C6AC8" w14:textId="77777777" w:rsidR="00C257C8" w:rsidRPr="00B832C3" w:rsidRDefault="00000000" w:rsidP="00B832C3">
      <w:pPr>
        <w:pStyle w:val="FBEOPlaceholder"/>
        <w:rPr>
          <w:lang w:val="de-DE"/>
        </w:rPr>
      </w:pPr>
      <w:r w:rsidRPr="00B832C3">
        <w:rPr>
          <w:lang w:val="de-DE"/>
        </w:rPr>
        <w:t>[Fließtext]</w:t>
      </w:r>
    </w:p>
    <w:p w14:paraId="73D94B5A" w14:textId="77777777" w:rsidR="00900886" w:rsidRDefault="00000000">
      <w:pPr>
        <w:pStyle w:val="berschrift3"/>
      </w:pPr>
      <w:bookmarkStart w:id="12" w:name="_Toc241501888"/>
      <w:r>
        <w:rPr>
          <w:rFonts w:eastAsia="Times New Roman"/>
          <w:i/>
          <w:color w:val="666666"/>
        </w:rPr>
        <w:t>[Unterüberschrift 3. Ebene]</w:t>
      </w:r>
      <w:bookmarkEnd w:id="12"/>
    </w:p>
    <w:p w14:paraId="722CAD95" w14:textId="77777777" w:rsidR="00900886" w:rsidRPr="00B267FC" w:rsidRDefault="00000000">
      <w:pPr>
        <w:pStyle w:val="FBEOPlaceholder"/>
        <w:rPr>
          <w:lang w:val="de-DE"/>
        </w:rPr>
      </w:pPr>
      <w:r w:rsidRPr="00B267FC">
        <w:rPr>
          <w:lang w:val="de-DE"/>
        </w:rPr>
        <w:t>[Fließtext; Unterabschnitt nur verwenden, wenn mindestens ein zweiter gleichrangiger Unterpunkt folgt.]</w:t>
      </w:r>
    </w:p>
    <w:p w14:paraId="370C30EE" w14:textId="77777777" w:rsidR="00C257C8" w:rsidRPr="00D80E8D" w:rsidRDefault="00000000" w:rsidP="00F932AF">
      <w:pPr>
        <w:pStyle w:val="berschrift2"/>
      </w:pPr>
      <w:bookmarkStart w:id="13" w:name="_Toc241501889"/>
      <w:proofErr w:type="spellStart"/>
      <w:r w:rsidRPr="00D80E8D">
        <w:rPr>
          <w:rFonts w:eastAsia="Times New Roman"/>
        </w:rPr>
        <w:t>Daten</w:t>
      </w:r>
      <w:proofErr w:type="spellEnd"/>
      <w:r w:rsidRPr="00D80E8D">
        <w:rPr>
          <w:rFonts w:eastAsia="Times New Roman"/>
        </w:rPr>
        <w:t xml:space="preserve"> und </w:t>
      </w:r>
      <w:proofErr w:type="spellStart"/>
      <w:r w:rsidRPr="00D80E8D">
        <w:rPr>
          <w:rFonts w:eastAsia="Times New Roman"/>
        </w:rPr>
        <w:t>Auswertung</w:t>
      </w:r>
      <w:bookmarkEnd w:id="13"/>
      <w:proofErr w:type="spellEnd"/>
    </w:p>
    <w:p w14:paraId="69BDE16A" w14:textId="77777777" w:rsidR="00C257C8" w:rsidRPr="00B832C3" w:rsidRDefault="00000000" w:rsidP="00B832C3">
      <w:pPr>
        <w:pStyle w:val="FBEOPlaceholder"/>
        <w:rPr>
          <w:lang w:val="de-DE"/>
        </w:rPr>
      </w:pPr>
      <w:r w:rsidRPr="00B832C3">
        <w:rPr>
          <w:lang w:val="de-DE"/>
        </w:rPr>
        <w:t>[Fließtext]</w:t>
      </w:r>
    </w:p>
    <w:p w14:paraId="347DA03C" w14:textId="77777777" w:rsidR="00C257C8" w:rsidRPr="00D80E8D" w:rsidRDefault="00000000" w:rsidP="00F932AF">
      <w:pPr>
        <w:pStyle w:val="berschrift1"/>
      </w:pPr>
      <w:bookmarkStart w:id="14" w:name="_Toc241501890"/>
      <w:r w:rsidRPr="00D80E8D">
        <w:rPr>
          <w:rFonts w:eastAsia="Times New Roman"/>
        </w:rPr>
        <w:t>Ergebnisse</w:t>
      </w:r>
      <w:bookmarkEnd w:id="14"/>
    </w:p>
    <w:p w14:paraId="5278F9E2" w14:textId="77777777" w:rsidR="00C257C8" w:rsidRPr="00750EF7" w:rsidRDefault="00000000" w:rsidP="00B832C3">
      <w:pPr>
        <w:pStyle w:val="FBEOPlaceholder"/>
        <w:rPr>
          <w:lang w:val="de-DE"/>
        </w:rPr>
      </w:pPr>
      <w:r w:rsidRPr="00750EF7">
        <w:rPr>
          <w:lang w:val="de-DE"/>
        </w:rPr>
        <w:t>[Präsentieren Sie Ihre Ergebnisse nachvollziehbar und mit Bezug zur Forschungsfrage.]</w:t>
      </w:r>
    </w:p>
    <w:p w14:paraId="06173603" w14:textId="77777777" w:rsidR="00C257C8" w:rsidRPr="00750EF7" w:rsidRDefault="00000000" w:rsidP="001326A2">
      <w:pPr>
        <w:pStyle w:val="Caption"/>
        <w:rPr>
          <w:lang w:val="de-DE"/>
        </w:rPr>
      </w:pPr>
      <w:r w:rsidRPr="00B267FC">
        <w:rPr>
          <w:lang w:val="de-DE"/>
        </w:rPr>
        <w:lastRenderedPageBreak/>
        <w:t>Tabelle 1</w:t>
      </w:r>
    </w:p>
    <w:p w14:paraId="437FBB93" w14:textId="77777777" w:rsidR="00900886" w:rsidRPr="00B267FC" w:rsidRDefault="00000000">
      <w:pPr>
        <w:pStyle w:val="TableTitle"/>
        <w:rPr>
          <w:lang w:val="de-DE"/>
        </w:rPr>
      </w:pPr>
      <w:r w:rsidRPr="00B267FC">
        <w:rPr>
          <w:lang w:val="de-DE"/>
        </w:rPr>
        <w:t>[Deskriptive Statistiken und Korrelationen]</w:t>
      </w:r>
    </w:p>
    <w:tbl>
      <w:tblPr>
        <w:tblW w:w="5000" w:type="pct"/>
        <w:tblBorders>
          <w:top w:val="single" w:sz="8" w:space="0" w:color="000000"/>
          <w:left w:val="nil"/>
          <w:bottom w:val="single" w:sz="8" w:space="0" w:color="000000"/>
          <w:right w:val="nil"/>
          <w:insideH w:val="nil"/>
          <w:insideV w:val="nil"/>
        </w:tblBorders>
        <w:tblLook w:val="04A0" w:firstRow="1" w:lastRow="0" w:firstColumn="1" w:lastColumn="0" w:noHBand="0" w:noVBand="1"/>
      </w:tblPr>
      <w:tblGrid>
        <w:gridCol w:w="4860"/>
        <w:gridCol w:w="1093"/>
        <w:gridCol w:w="1093"/>
        <w:gridCol w:w="1093"/>
        <w:gridCol w:w="1093"/>
      </w:tblGrid>
      <w:tr w:rsidR="00900886" w14:paraId="0C9DF7E0" w14:textId="77777777" w:rsidTr="00083E55">
        <w:tc>
          <w:tcPr>
            <w:tcW w:w="2632" w:type="pct"/>
            <w:tcBorders>
              <w:bottom w:val="single" w:sz="6" w:space="0" w:color="000000"/>
            </w:tcBorders>
            <w:tcMar>
              <w:top w:w="60" w:type="dxa"/>
              <w:left w:w="80" w:type="dxa"/>
              <w:bottom w:w="60" w:type="dxa"/>
              <w:right w:w="80" w:type="dxa"/>
            </w:tcMar>
            <w:vAlign w:val="center"/>
          </w:tcPr>
          <w:p w14:paraId="164BCFDF" w14:textId="77777777" w:rsidR="00900886" w:rsidRDefault="00000000">
            <w:pPr>
              <w:spacing w:after="0" w:line="240" w:lineRule="auto"/>
              <w:jc w:val="left"/>
            </w:pPr>
            <w:r>
              <w:rPr>
                <w:b/>
                <w:sz w:val="20"/>
              </w:rPr>
              <w:t>Variable</w:t>
            </w:r>
          </w:p>
        </w:tc>
        <w:tc>
          <w:tcPr>
            <w:tcW w:w="592" w:type="pct"/>
            <w:tcBorders>
              <w:bottom w:val="single" w:sz="6" w:space="0" w:color="000000"/>
            </w:tcBorders>
            <w:tcMar>
              <w:top w:w="60" w:type="dxa"/>
              <w:left w:w="80" w:type="dxa"/>
              <w:bottom w:w="60" w:type="dxa"/>
              <w:right w:w="80" w:type="dxa"/>
            </w:tcMar>
            <w:vAlign w:val="center"/>
          </w:tcPr>
          <w:p w14:paraId="75724CD7" w14:textId="77777777" w:rsidR="00900886" w:rsidRDefault="00000000">
            <w:pPr>
              <w:spacing w:after="0" w:line="240" w:lineRule="auto"/>
              <w:jc w:val="center"/>
            </w:pPr>
            <w:r>
              <w:rPr>
                <w:b/>
                <w:sz w:val="20"/>
              </w:rPr>
              <w:t>M</w:t>
            </w:r>
          </w:p>
        </w:tc>
        <w:tc>
          <w:tcPr>
            <w:tcW w:w="592" w:type="pct"/>
            <w:tcBorders>
              <w:bottom w:val="single" w:sz="6" w:space="0" w:color="000000"/>
            </w:tcBorders>
            <w:tcMar>
              <w:top w:w="60" w:type="dxa"/>
              <w:left w:w="80" w:type="dxa"/>
              <w:bottom w:w="60" w:type="dxa"/>
              <w:right w:w="80" w:type="dxa"/>
            </w:tcMar>
            <w:vAlign w:val="center"/>
          </w:tcPr>
          <w:p w14:paraId="3CFAC21A" w14:textId="77777777" w:rsidR="00900886" w:rsidRDefault="00000000">
            <w:pPr>
              <w:spacing w:after="0" w:line="240" w:lineRule="auto"/>
              <w:jc w:val="center"/>
            </w:pPr>
            <w:r>
              <w:rPr>
                <w:b/>
                <w:sz w:val="20"/>
              </w:rPr>
              <w:t>SD</w:t>
            </w:r>
          </w:p>
        </w:tc>
        <w:tc>
          <w:tcPr>
            <w:tcW w:w="592" w:type="pct"/>
            <w:tcBorders>
              <w:bottom w:val="single" w:sz="6" w:space="0" w:color="000000"/>
            </w:tcBorders>
            <w:tcMar>
              <w:top w:w="60" w:type="dxa"/>
              <w:left w:w="80" w:type="dxa"/>
              <w:bottom w:w="60" w:type="dxa"/>
              <w:right w:w="80" w:type="dxa"/>
            </w:tcMar>
            <w:vAlign w:val="center"/>
          </w:tcPr>
          <w:p w14:paraId="7AF52BCB" w14:textId="77777777" w:rsidR="00900886" w:rsidRDefault="00000000">
            <w:pPr>
              <w:spacing w:after="0" w:line="240" w:lineRule="auto"/>
              <w:jc w:val="center"/>
            </w:pPr>
            <w:r>
              <w:rPr>
                <w:b/>
                <w:sz w:val="20"/>
              </w:rPr>
              <w:t>1</w:t>
            </w:r>
          </w:p>
        </w:tc>
        <w:tc>
          <w:tcPr>
            <w:tcW w:w="592" w:type="pct"/>
            <w:tcBorders>
              <w:bottom w:val="single" w:sz="6" w:space="0" w:color="000000"/>
            </w:tcBorders>
            <w:tcMar>
              <w:top w:w="60" w:type="dxa"/>
              <w:left w:w="80" w:type="dxa"/>
              <w:bottom w:w="60" w:type="dxa"/>
              <w:right w:w="80" w:type="dxa"/>
            </w:tcMar>
            <w:vAlign w:val="center"/>
          </w:tcPr>
          <w:p w14:paraId="2A9E0E79" w14:textId="77777777" w:rsidR="00900886" w:rsidRDefault="00000000">
            <w:pPr>
              <w:spacing w:after="0" w:line="240" w:lineRule="auto"/>
              <w:jc w:val="center"/>
            </w:pPr>
            <w:r>
              <w:rPr>
                <w:b/>
                <w:sz w:val="20"/>
              </w:rPr>
              <w:t>2</w:t>
            </w:r>
          </w:p>
        </w:tc>
      </w:tr>
      <w:tr w:rsidR="00900886" w14:paraId="4AA8CFBA" w14:textId="77777777" w:rsidTr="00083E55">
        <w:tc>
          <w:tcPr>
            <w:tcW w:w="2632" w:type="pct"/>
            <w:tcMar>
              <w:top w:w="60" w:type="dxa"/>
              <w:left w:w="80" w:type="dxa"/>
              <w:bottom w:w="60" w:type="dxa"/>
              <w:right w:w="80" w:type="dxa"/>
            </w:tcMar>
            <w:vAlign w:val="center"/>
          </w:tcPr>
          <w:p w14:paraId="233AFD88" w14:textId="77777777" w:rsidR="00900886" w:rsidRDefault="00000000">
            <w:pPr>
              <w:spacing w:after="0" w:line="240" w:lineRule="auto"/>
              <w:jc w:val="left"/>
            </w:pPr>
            <w:r>
              <w:rPr>
                <w:sz w:val="20"/>
              </w:rPr>
              <w:t>1. Variable A</w:t>
            </w:r>
          </w:p>
        </w:tc>
        <w:tc>
          <w:tcPr>
            <w:tcW w:w="592" w:type="pct"/>
            <w:tcMar>
              <w:top w:w="60" w:type="dxa"/>
              <w:left w:w="80" w:type="dxa"/>
              <w:bottom w:w="60" w:type="dxa"/>
              <w:right w:w="80" w:type="dxa"/>
            </w:tcMar>
            <w:vAlign w:val="center"/>
          </w:tcPr>
          <w:p w14:paraId="291D03E1" w14:textId="77777777" w:rsidR="00900886" w:rsidRDefault="00000000">
            <w:pPr>
              <w:spacing w:after="0" w:line="240" w:lineRule="auto"/>
              <w:jc w:val="center"/>
            </w:pPr>
            <w:r>
              <w:rPr>
                <w:sz w:val="20"/>
              </w:rPr>
              <w:t>3.84</w:t>
            </w:r>
          </w:p>
        </w:tc>
        <w:tc>
          <w:tcPr>
            <w:tcW w:w="592" w:type="pct"/>
            <w:tcMar>
              <w:top w:w="60" w:type="dxa"/>
              <w:left w:w="80" w:type="dxa"/>
              <w:bottom w:w="60" w:type="dxa"/>
              <w:right w:w="80" w:type="dxa"/>
            </w:tcMar>
            <w:vAlign w:val="center"/>
          </w:tcPr>
          <w:p w14:paraId="592A8E6D" w14:textId="77777777" w:rsidR="00900886" w:rsidRDefault="00000000">
            <w:pPr>
              <w:spacing w:after="0" w:line="240" w:lineRule="auto"/>
              <w:jc w:val="center"/>
            </w:pPr>
            <w:r>
              <w:rPr>
                <w:sz w:val="20"/>
              </w:rPr>
              <w:t>0.71</w:t>
            </w:r>
          </w:p>
        </w:tc>
        <w:tc>
          <w:tcPr>
            <w:tcW w:w="592" w:type="pct"/>
            <w:tcMar>
              <w:top w:w="60" w:type="dxa"/>
              <w:left w:w="80" w:type="dxa"/>
              <w:bottom w:w="60" w:type="dxa"/>
              <w:right w:w="80" w:type="dxa"/>
            </w:tcMar>
            <w:vAlign w:val="center"/>
          </w:tcPr>
          <w:p w14:paraId="50A6D492" w14:textId="2AD504E6" w:rsidR="00900886" w:rsidRDefault="00083E55">
            <w:pPr>
              <w:spacing w:after="0" w:line="240" w:lineRule="auto"/>
              <w:jc w:val="center"/>
            </w:pPr>
            <w:r>
              <w:t>/</w:t>
            </w:r>
          </w:p>
        </w:tc>
        <w:tc>
          <w:tcPr>
            <w:tcW w:w="592" w:type="pct"/>
            <w:tcMar>
              <w:top w:w="60" w:type="dxa"/>
              <w:left w:w="80" w:type="dxa"/>
              <w:bottom w:w="60" w:type="dxa"/>
              <w:right w:w="80" w:type="dxa"/>
            </w:tcMar>
            <w:vAlign w:val="center"/>
          </w:tcPr>
          <w:p w14:paraId="2B35D13D" w14:textId="77777777" w:rsidR="00900886" w:rsidRDefault="00900886">
            <w:pPr>
              <w:spacing w:after="0" w:line="240" w:lineRule="auto"/>
              <w:jc w:val="center"/>
            </w:pPr>
          </w:p>
        </w:tc>
      </w:tr>
      <w:tr w:rsidR="00900886" w14:paraId="4AC0C306" w14:textId="77777777" w:rsidTr="00083E55">
        <w:tc>
          <w:tcPr>
            <w:tcW w:w="2632" w:type="pct"/>
            <w:tcMar>
              <w:top w:w="60" w:type="dxa"/>
              <w:left w:w="80" w:type="dxa"/>
              <w:bottom w:w="60" w:type="dxa"/>
              <w:right w:w="80" w:type="dxa"/>
            </w:tcMar>
            <w:vAlign w:val="center"/>
          </w:tcPr>
          <w:p w14:paraId="4935DFBF" w14:textId="77777777" w:rsidR="00900886" w:rsidRDefault="00000000">
            <w:pPr>
              <w:spacing w:after="0" w:line="240" w:lineRule="auto"/>
              <w:jc w:val="left"/>
            </w:pPr>
            <w:r>
              <w:rPr>
                <w:sz w:val="20"/>
              </w:rPr>
              <w:t>2. Variable B</w:t>
            </w:r>
          </w:p>
        </w:tc>
        <w:tc>
          <w:tcPr>
            <w:tcW w:w="592" w:type="pct"/>
            <w:tcMar>
              <w:top w:w="60" w:type="dxa"/>
              <w:left w:w="80" w:type="dxa"/>
              <w:bottom w:w="60" w:type="dxa"/>
              <w:right w:w="80" w:type="dxa"/>
            </w:tcMar>
            <w:vAlign w:val="center"/>
          </w:tcPr>
          <w:p w14:paraId="32D57FAC" w14:textId="77777777" w:rsidR="00900886" w:rsidRDefault="00000000">
            <w:pPr>
              <w:spacing w:after="0" w:line="240" w:lineRule="auto"/>
              <w:jc w:val="center"/>
            </w:pPr>
            <w:r>
              <w:rPr>
                <w:sz w:val="20"/>
              </w:rPr>
              <w:t>4.12</w:t>
            </w:r>
          </w:p>
        </w:tc>
        <w:tc>
          <w:tcPr>
            <w:tcW w:w="592" w:type="pct"/>
            <w:tcMar>
              <w:top w:w="60" w:type="dxa"/>
              <w:left w:w="80" w:type="dxa"/>
              <w:bottom w:w="60" w:type="dxa"/>
              <w:right w:w="80" w:type="dxa"/>
            </w:tcMar>
            <w:vAlign w:val="center"/>
          </w:tcPr>
          <w:p w14:paraId="438FC8CB" w14:textId="77777777" w:rsidR="00900886" w:rsidRDefault="00000000">
            <w:pPr>
              <w:spacing w:after="0" w:line="240" w:lineRule="auto"/>
              <w:jc w:val="center"/>
            </w:pPr>
            <w:r>
              <w:rPr>
                <w:sz w:val="20"/>
              </w:rPr>
              <w:t>0.66</w:t>
            </w:r>
          </w:p>
        </w:tc>
        <w:tc>
          <w:tcPr>
            <w:tcW w:w="592" w:type="pct"/>
            <w:tcMar>
              <w:top w:w="60" w:type="dxa"/>
              <w:left w:w="80" w:type="dxa"/>
              <w:bottom w:w="60" w:type="dxa"/>
              <w:right w:w="80" w:type="dxa"/>
            </w:tcMar>
            <w:vAlign w:val="center"/>
          </w:tcPr>
          <w:p w14:paraId="7E16EF61" w14:textId="77777777" w:rsidR="00900886" w:rsidRDefault="00000000">
            <w:pPr>
              <w:spacing w:after="0" w:line="240" w:lineRule="auto"/>
              <w:jc w:val="center"/>
            </w:pPr>
            <w:r>
              <w:rPr>
                <w:sz w:val="20"/>
              </w:rPr>
              <w:t>.42**</w:t>
            </w:r>
          </w:p>
        </w:tc>
        <w:tc>
          <w:tcPr>
            <w:tcW w:w="592" w:type="pct"/>
            <w:tcMar>
              <w:top w:w="60" w:type="dxa"/>
              <w:left w:w="80" w:type="dxa"/>
              <w:bottom w:w="60" w:type="dxa"/>
              <w:right w:w="80" w:type="dxa"/>
            </w:tcMar>
            <w:vAlign w:val="center"/>
          </w:tcPr>
          <w:p w14:paraId="50EA620F" w14:textId="03E3ACCE" w:rsidR="00900886" w:rsidRDefault="00083E55">
            <w:pPr>
              <w:spacing w:after="0" w:line="240" w:lineRule="auto"/>
              <w:jc w:val="center"/>
            </w:pPr>
            <w:r>
              <w:rPr>
                <w:sz w:val="20"/>
              </w:rPr>
              <w:t>/</w:t>
            </w:r>
          </w:p>
        </w:tc>
      </w:tr>
    </w:tbl>
    <w:p w14:paraId="60069465" w14:textId="77777777" w:rsidR="00900886" w:rsidRDefault="00000000">
      <w:pPr>
        <w:pStyle w:val="TableNote"/>
        <w:rPr>
          <w:lang w:val="de-DE"/>
        </w:rPr>
      </w:pPr>
      <w:r w:rsidRPr="00B267FC">
        <w:rPr>
          <w:i/>
          <w:lang w:val="de-DE"/>
        </w:rPr>
        <w:t xml:space="preserve">Anmerkung. </w:t>
      </w:r>
      <w:r w:rsidRPr="00B267FC">
        <w:rPr>
          <w:lang w:val="de-DE"/>
        </w:rPr>
        <w:t>N = 200. *</w:t>
      </w:r>
      <w:r w:rsidRPr="00B267FC">
        <w:rPr>
          <w:i/>
          <w:lang w:val="de-DE"/>
        </w:rPr>
        <w:t>p</w:t>
      </w:r>
      <w:r w:rsidRPr="00B267FC">
        <w:rPr>
          <w:lang w:val="de-DE"/>
        </w:rPr>
        <w:t xml:space="preserve"> </w:t>
      </w:r>
      <w:proofErr w:type="gramStart"/>
      <w:r w:rsidRPr="00B267FC">
        <w:rPr>
          <w:lang w:val="de-DE"/>
        </w:rPr>
        <w:t>&lt; .</w:t>
      </w:r>
      <w:proofErr w:type="gramEnd"/>
      <w:r w:rsidRPr="00B267FC">
        <w:rPr>
          <w:lang w:val="de-DE"/>
        </w:rPr>
        <w:t>05. **</w:t>
      </w:r>
      <w:r w:rsidRPr="00B267FC">
        <w:rPr>
          <w:i/>
          <w:lang w:val="de-DE"/>
        </w:rPr>
        <w:t>p</w:t>
      </w:r>
      <w:r w:rsidRPr="00B267FC">
        <w:rPr>
          <w:lang w:val="de-DE"/>
        </w:rPr>
        <w:t xml:space="preserve"> </w:t>
      </w:r>
      <w:proofErr w:type="gramStart"/>
      <w:r w:rsidRPr="00B267FC">
        <w:rPr>
          <w:lang w:val="de-DE"/>
        </w:rPr>
        <w:t>&lt; .</w:t>
      </w:r>
      <w:proofErr w:type="gramEnd"/>
      <w:r w:rsidRPr="00B267FC">
        <w:rPr>
          <w:lang w:val="de-DE"/>
        </w:rPr>
        <w:t>01. Eigene Darstellung.</w:t>
      </w:r>
    </w:p>
    <w:p w14:paraId="1FDA56B0" w14:textId="77777777" w:rsidR="005C6375" w:rsidRPr="00B267FC" w:rsidRDefault="005C6375">
      <w:pPr>
        <w:pStyle w:val="TableNote"/>
        <w:rPr>
          <w:lang w:val="de-DE"/>
        </w:rPr>
      </w:pPr>
    </w:p>
    <w:p w14:paraId="4A9A56A0" w14:textId="72232F1A" w:rsidR="00900886" w:rsidRPr="00B267FC" w:rsidRDefault="005C6375" w:rsidP="001326A2">
      <w:pPr>
        <w:pStyle w:val="Caption"/>
        <w:rPr>
          <w:lang w:val="de-DE"/>
        </w:rPr>
      </w:pPr>
      <w:r w:rsidRPr="005C6375">
        <w:rPr>
          <w:i/>
          <w:color w:val="666666"/>
          <w:sz w:val="21"/>
          <w:lang w:val="de-DE"/>
        </w:rPr>
        <w:drawing>
          <wp:inline distT="0" distB="0" distL="0" distR="0" wp14:anchorId="13EA5D0F" wp14:editId="3D1BE4BE">
            <wp:extent cx="5798355" cy="3138407"/>
            <wp:effectExtent l="0" t="0" r="5715" b="0"/>
            <wp:docPr id="155364659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646597" name=""/>
                    <pic:cNvPicPr/>
                  </pic:nvPicPr>
                  <pic:blipFill rotWithShape="1">
                    <a:blip r:embed="rId12"/>
                    <a:srcRect l="5113" t="13523" r="5159" b="13603"/>
                    <a:stretch>
                      <a:fillRect/>
                    </a:stretch>
                  </pic:blipFill>
                  <pic:spPr bwMode="auto">
                    <a:xfrm>
                      <a:off x="0" y="0"/>
                      <a:ext cx="5855061" cy="3169099"/>
                    </a:xfrm>
                    <a:prstGeom prst="rect">
                      <a:avLst/>
                    </a:prstGeom>
                    <a:ln>
                      <a:noFill/>
                    </a:ln>
                    <a:extLst>
                      <a:ext uri="{53640926-AAD7-44D8-BBD7-CCE9431645EC}">
                        <a14:shadowObscured xmlns:a14="http://schemas.microsoft.com/office/drawing/2010/main"/>
                      </a:ext>
                    </a:extLst>
                  </pic:spPr>
                </pic:pic>
              </a:graphicData>
            </a:graphic>
          </wp:inline>
        </w:drawing>
      </w:r>
      <w:proofErr w:type="spellStart"/>
      <w:r w:rsidR="00000000" w:rsidRPr="001326A2">
        <w:t>Abbildung</w:t>
      </w:r>
      <w:proofErr w:type="spellEnd"/>
      <w:r w:rsidR="00000000" w:rsidRPr="001326A2">
        <w:t xml:space="preserve"> 1: [Titel der </w:t>
      </w:r>
      <w:proofErr w:type="spellStart"/>
      <w:r w:rsidR="00000000" w:rsidRPr="001326A2">
        <w:t>Abbildung</w:t>
      </w:r>
      <w:proofErr w:type="spellEnd"/>
      <w:r w:rsidR="00000000" w:rsidRPr="001326A2">
        <w:t>]</w:t>
      </w:r>
    </w:p>
    <w:p w14:paraId="1DFA1F9A" w14:textId="77777777" w:rsidR="00900886" w:rsidRDefault="00000000" w:rsidP="001326A2">
      <w:pPr>
        <w:pStyle w:val="TableNote"/>
      </w:pPr>
      <w:r>
        <w:t xml:space="preserve">Quelle: </w:t>
      </w:r>
      <w:proofErr w:type="spellStart"/>
      <w:r>
        <w:t>Eigene</w:t>
      </w:r>
      <w:proofErr w:type="spellEnd"/>
      <w:r>
        <w:t xml:space="preserve"> </w:t>
      </w:r>
      <w:proofErr w:type="spellStart"/>
      <w:r>
        <w:t>Darstellung</w:t>
      </w:r>
      <w:proofErr w:type="spellEnd"/>
      <w:r>
        <w:t>.</w:t>
      </w:r>
    </w:p>
    <w:p w14:paraId="1F9B2ADE" w14:textId="77777777" w:rsidR="00C257C8" w:rsidRPr="00D80E8D" w:rsidRDefault="00000000" w:rsidP="00F932AF">
      <w:pPr>
        <w:pStyle w:val="berschrift1"/>
      </w:pPr>
      <w:bookmarkStart w:id="15" w:name="_Toc241501891"/>
      <w:r w:rsidRPr="00D80E8D">
        <w:rPr>
          <w:rFonts w:eastAsia="Times New Roman"/>
        </w:rPr>
        <w:t>Diskussion und Fazit</w:t>
      </w:r>
      <w:bookmarkEnd w:id="15"/>
    </w:p>
    <w:p w14:paraId="1EC84AE9" w14:textId="77777777" w:rsidR="00C257C8" w:rsidRPr="00750EF7" w:rsidRDefault="00000000" w:rsidP="00B832C3">
      <w:pPr>
        <w:pStyle w:val="FBEOPlaceholder"/>
        <w:rPr>
          <w:lang w:val="de-DE"/>
        </w:rPr>
      </w:pPr>
      <w:r w:rsidRPr="00750EF7">
        <w:rPr>
          <w:lang w:val="de-DE"/>
        </w:rPr>
        <w:t>[Beantworten Sie die Forschungsfrage, erklären Sie den wissenschaftlichen Beitrag, reflektieren Sie Grenzen der Arbeit und leiten Sie Implikationen ab.]</w:t>
      </w:r>
    </w:p>
    <w:p w14:paraId="04EE9255" w14:textId="77777777" w:rsidR="00C257C8" w:rsidRPr="00750EF7" w:rsidRDefault="00C257C8">
      <w:pPr>
        <w:rPr>
          <w:lang w:val="de-DE"/>
        </w:rPr>
        <w:sectPr w:rsidR="00C257C8" w:rsidRPr="00750EF7" w:rsidSect="00034616">
          <w:headerReference w:type="default" r:id="rId13"/>
          <w:footerReference w:type="default" r:id="rId14"/>
          <w:pgSz w:w="11906" w:h="16838"/>
          <w:pgMar w:top="1417" w:right="1417" w:bottom="1417" w:left="1417" w:header="709" w:footer="709" w:gutter="0"/>
          <w:pgNumType w:start="1"/>
          <w:cols w:space="720"/>
          <w:docGrid w:linePitch="360"/>
        </w:sectPr>
      </w:pPr>
    </w:p>
    <w:p w14:paraId="4F707782" w14:textId="77777777" w:rsidR="00C257C8" w:rsidRPr="00750EF7" w:rsidRDefault="00000000">
      <w:pPr>
        <w:pStyle w:val="UnnumberedHeading1"/>
        <w:rPr>
          <w:lang w:val="de-DE"/>
        </w:rPr>
      </w:pPr>
      <w:bookmarkStart w:id="16" w:name="_Toc241501892"/>
      <w:r w:rsidRPr="00750EF7">
        <w:rPr>
          <w:lang w:val="de-DE"/>
        </w:rPr>
        <w:lastRenderedPageBreak/>
        <w:t>Literaturverzeichnis</w:t>
      </w:r>
      <w:bookmarkEnd w:id="16"/>
    </w:p>
    <w:p w14:paraId="28A58BA6" w14:textId="77777777" w:rsidR="00C257C8" w:rsidRPr="00750EF7" w:rsidRDefault="00000000">
      <w:pPr>
        <w:pStyle w:val="Reference"/>
        <w:rPr>
          <w:lang w:val="de-DE"/>
        </w:rPr>
      </w:pPr>
      <w:r w:rsidRPr="00B267FC">
        <w:rPr>
          <w:lang w:val="de-DE"/>
        </w:rPr>
        <w:t xml:space="preserve">Nachname, A. A., &amp; Nachname, B. B. (2025). Titel des Beitrags. </w:t>
      </w:r>
      <w:r w:rsidRPr="00B267FC">
        <w:rPr>
          <w:i/>
          <w:lang w:val="de-DE"/>
        </w:rPr>
        <w:t>Titel der Zeitschrift, 12</w:t>
      </w:r>
      <w:r w:rsidRPr="00B267FC">
        <w:rPr>
          <w:lang w:val="de-DE"/>
        </w:rPr>
        <w:t>(3), 123–145. https://doi.org/10.xxxx/xxxxx</w:t>
      </w:r>
    </w:p>
    <w:p w14:paraId="71EB157A" w14:textId="77777777" w:rsidR="00C257C8" w:rsidRPr="00750EF7" w:rsidRDefault="00000000">
      <w:pPr>
        <w:pStyle w:val="Reference"/>
        <w:rPr>
          <w:lang w:val="de-DE"/>
        </w:rPr>
      </w:pPr>
      <w:r w:rsidRPr="00B267FC">
        <w:rPr>
          <w:lang w:val="de-DE"/>
        </w:rPr>
        <w:t xml:space="preserve">Nachname, A. A. (2025). </w:t>
      </w:r>
      <w:r w:rsidRPr="00B267FC">
        <w:rPr>
          <w:i/>
          <w:lang w:val="de-DE"/>
        </w:rPr>
        <w:t>Titel des Buches</w:t>
      </w:r>
      <w:r w:rsidRPr="00B267FC">
        <w:rPr>
          <w:lang w:val="de-DE"/>
        </w:rPr>
        <w:t>. Verlag.</w:t>
      </w:r>
    </w:p>
    <w:p w14:paraId="62A3CFAC" w14:textId="77777777" w:rsidR="00C257C8" w:rsidRPr="00750EF7" w:rsidRDefault="00000000">
      <w:pPr>
        <w:rPr>
          <w:lang w:val="de-DE"/>
        </w:rPr>
      </w:pPr>
      <w:r w:rsidRPr="00750EF7">
        <w:rPr>
          <w:lang w:val="de-DE"/>
        </w:rPr>
        <w:br w:type="page"/>
      </w:r>
    </w:p>
    <w:p w14:paraId="4162D7F8" w14:textId="77777777" w:rsidR="00C257C8" w:rsidRPr="00750EF7" w:rsidRDefault="00000000">
      <w:pPr>
        <w:pStyle w:val="UnnumberedHeading1"/>
        <w:rPr>
          <w:lang w:val="de-DE"/>
        </w:rPr>
      </w:pPr>
      <w:bookmarkStart w:id="17" w:name="_Toc241501893"/>
      <w:r w:rsidRPr="00750EF7">
        <w:rPr>
          <w:lang w:val="de-DE"/>
        </w:rPr>
        <w:lastRenderedPageBreak/>
        <w:t>Anhang</w:t>
      </w:r>
      <w:bookmarkEnd w:id="17"/>
    </w:p>
    <w:p w14:paraId="080420CF" w14:textId="77777777" w:rsidR="00C257C8" w:rsidRPr="00750EF7" w:rsidRDefault="00000000" w:rsidP="00B832C3">
      <w:pPr>
        <w:pStyle w:val="FBEOPlaceholder"/>
        <w:rPr>
          <w:lang w:val="de-DE"/>
        </w:rPr>
      </w:pPr>
      <w:r w:rsidRPr="00750EF7">
        <w:rPr>
          <w:lang w:val="de-DE"/>
        </w:rPr>
        <w:t>[Nummerieren Sie Anhänge eindeutig und verweisen Sie im Text darauf.]</w:t>
      </w:r>
    </w:p>
    <w:p w14:paraId="216B6544" w14:textId="77777777" w:rsidR="00C257C8" w:rsidRPr="00750EF7" w:rsidRDefault="00000000">
      <w:pPr>
        <w:rPr>
          <w:lang w:val="de-DE"/>
        </w:rPr>
      </w:pPr>
      <w:r w:rsidRPr="00750EF7">
        <w:rPr>
          <w:lang w:val="de-DE"/>
        </w:rPr>
        <w:br w:type="page"/>
      </w:r>
    </w:p>
    <w:p w14:paraId="3018A0CB" w14:textId="77777777" w:rsidR="00C257C8" w:rsidRPr="00750EF7" w:rsidRDefault="00000000">
      <w:pPr>
        <w:pStyle w:val="UnnumberedHeading1"/>
        <w:rPr>
          <w:lang w:val="de-DE"/>
        </w:rPr>
      </w:pPr>
      <w:bookmarkStart w:id="18" w:name="_Toc241501894"/>
      <w:r w:rsidRPr="00750EF7">
        <w:rPr>
          <w:lang w:val="de-DE"/>
        </w:rPr>
        <w:lastRenderedPageBreak/>
        <w:t>Eidesstattliche Erklärung</w:t>
      </w:r>
      <w:bookmarkEnd w:id="18"/>
    </w:p>
    <w:p w14:paraId="3BDD6356" w14:textId="77777777" w:rsidR="00C257C8" w:rsidRPr="00750EF7" w:rsidRDefault="00000000">
      <w:pPr>
        <w:rPr>
          <w:lang w:val="de-DE"/>
        </w:rPr>
      </w:pPr>
      <w:r w:rsidRPr="00750EF7">
        <w:rPr>
          <w:lang w:val="de-DE"/>
        </w:rPr>
        <w:t>Hiermit versichere ich, dass ich die vorliegende Arbeit selbstständig verfasst und keine anderen als die angegebenen Quellen und Hilfsmittel benutzt habe, insbesondere keine anderen als die angegebenen Informationen aus dem Internet.</w:t>
      </w:r>
    </w:p>
    <w:p w14:paraId="3738C10B" w14:textId="77777777" w:rsidR="00C257C8" w:rsidRPr="00750EF7" w:rsidRDefault="00000000">
      <w:pPr>
        <w:rPr>
          <w:lang w:val="de-DE"/>
        </w:rPr>
      </w:pPr>
      <w:r w:rsidRPr="00750EF7">
        <w:rPr>
          <w:lang w:val="de-DE"/>
        </w:rPr>
        <w:t>Diejenigen Paragrafen der für mich gültigen Prüfungsordnung, welche etwaige Betrugsversuche betreffen, habe ich zur Kenntnis genommen.</w:t>
      </w:r>
    </w:p>
    <w:p w14:paraId="1752A4EE" w14:textId="77777777" w:rsidR="00C257C8" w:rsidRPr="00750EF7" w:rsidRDefault="00000000">
      <w:pPr>
        <w:rPr>
          <w:lang w:val="de-DE"/>
        </w:rPr>
      </w:pPr>
      <w:r w:rsidRPr="00750EF7">
        <w:rPr>
          <w:lang w:val="de-DE"/>
        </w:rPr>
        <w:t>Der Speicherung meiner Abschlussarbeit zum Zwecke der Plagiatsprüfung stimme ich zu. Ich versichere, dass die elektronische Version mit der gedruckten Version inhaltlich übereinstimmt.</w:t>
      </w:r>
    </w:p>
    <w:p w14:paraId="5ADA5B16" w14:textId="0FC57CAE" w:rsidR="00486ED0" w:rsidRPr="00D80E8D" w:rsidRDefault="00000000">
      <w:pPr>
        <w:spacing w:before="720"/>
      </w:pPr>
      <w:r w:rsidRPr="00D80E8D">
        <w:t>Ort, Datum: ________________________________</w:t>
      </w:r>
    </w:p>
    <w:p w14:paraId="05E551AF" w14:textId="77777777" w:rsidR="00C257C8" w:rsidRPr="00D80E8D" w:rsidRDefault="00000000">
      <w:pPr>
        <w:spacing w:before="360"/>
      </w:pPr>
      <w:proofErr w:type="spellStart"/>
      <w:r w:rsidRPr="00D80E8D">
        <w:t>Unterschrift</w:t>
      </w:r>
      <w:proofErr w:type="spellEnd"/>
      <w:r w:rsidRPr="00D80E8D">
        <w:t>: _________________________</w:t>
      </w:r>
      <w:r w:rsidR="00E74C09">
        <w:t>_</w:t>
      </w:r>
      <w:r w:rsidRPr="00D80E8D">
        <w:t>_____</w:t>
      </w:r>
    </w:p>
    <w:sectPr w:rsidR="00C257C8" w:rsidRPr="00D80E8D" w:rsidSect="00034616">
      <w:headerReference w:type="default" r:id="rId15"/>
      <w:footerReference w:type="default" r:id="rId16"/>
      <w:pgSz w:w="11906" w:h="16838"/>
      <w:pgMar w:top="1417" w:right="1417" w:bottom="1417" w:left="1417" w:header="709" w:footer="709" w:gutter="0"/>
      <w:pgNumType w:fmt="lowerRoman"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3C348A8" w14:textId="77777777" w:rsidR="00C9224D" w:rsidRDefault="00C9224D">
      <w:pPr>
        <w:spacing w:after="0" w:line="240" w:lineRule="auto"/>
      </w:pPr>
      <w:r>
        <w:separator/>
      </w:r>
    </w:p>
  </w:endnote>
  <w:endnote w:type="continuationSeparator" w:id="0">
    <w:p w14:paraId="14B45A51" w14:textId="77777777" w:rsidR="00C9224D" w:rsidRDefault="00C922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F4002A" w14:textId="77777777" w:rsidR="00C257C8" w:rsidRPr="007B7193" w:rsidRDefault="00000000">
    <w:pPr>
      <w:pStyle w:val="Fuzeile"/>
      <w:jc w:val="center"/>
      <w:rPr>
        <w:sz w:val="36"/>
        <w:szCs w:val="32"/>
      </w:rPr>
    </w:pPr>
    <w:r w:rsidRPr="007B7193">
      <w:rPr>
        <w:szCs w:val="32"/>
      </w:rPr>
      <w:fldChar w:fldCharType="begin"/>
    </w:r>
    <w:r w:rsidRPr="007B7193">
      <w:rPr>
        <w:szCs w:val="32"/>
      </w:rPr>
      <w:instrText xml:space="preserve"> PAGE </w:instrText>
    </w:r>
    <w:r w:rsidRPr="007B7193">
      <w:rPr>
        <w:szCs w:val="32"/>
      </w:rPr>
      <w:fldChar w:fldCharType="separate"/>
    </w:r>
    <w:r w:rsidRPr="007B7193">
      <w:rPr>
        <w:szCs w:val="32"/>
      </w:rPr>
      <w:t>1</w:t>
    </w:r>
    <w:r w:rsidRPr="007B7193">
      <w:rPr>
        <w:szCs w:val="3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263C5B" w14:textId="77777777" w:rsidR="00C257C8" w:rsidRPr="007B7193" w:rsidRDefault="00000000">
    <w:pPr>
      <w:pStyle w:val="Fuzeile"/>
      <w:jc w:val="center"/>
      <w:rPr>
        <w:sz w:val="36"/>
        <w:szCs w:val="32"/>
      </w:rPr>
    </w:pPr>
    <w:r w:rsidRPr="007B7193">
      <w:rPr>
        <w:szCs w:val="32"/>
      </w:rPr>
      <w:fldChar w:fldCharType="begin"/>
    </w:r>
    <w:r w:rsidRPr="007B7193">
      <w:rPr>
        <w:szCs w:val="32"/>
      </w:rPr>
      <w:instrText xml:space="preserve"> PAGE </w:instrText>
    </w:r>
    <w:r w:rsidRPr="007B7193">
      <w:rPr>
        <w:szCs w:val="32"/>
      </w:rPr>
      <w:fldChar w:fldCharType="separate"/>
    </w:r>
    <w:r w:rsidRPr="007B7193">
      <w:rPr>
        <w:szCs w:val="32"/>
      </w:rPr>
      <w:t>1</w:t>
    </w:r>
    <w:r w:rsidRPr="007B7193">
      <w:rPr>
        <w:szCs w:val="3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976368" w14:textId="77777777" w:rsidR="00C257C8" w:rsidRPr="007B7193" w:rsidRDefault="00000000">
    <w:pPr>
      <w:pStyle w:val="Fuzeile"/>
      <w:jc w:val="center"/>
      <w:rPr>
        <w:sz w:val="36"/>
        <w:szCs w:val="32"/>
      </w:rPr>
    </w:pPr>
    <w:r w:rsidRPr="007B7193">
      <w:rPr>
        <w:szCs w:val="32"/>
      </w:rPr>
      <w:fldChar w:fldCharType="begin"/>
    </w:r>
    <w:r w:rsidRPr="007B7193">
      <w:rPr>
        <w:szCs w:val="32"/>
      </w:rPr>
      <w:instrText xml:space="preserve"> PAGE </w:instrText>
    </w:r>
    <w:r w:rsidRPr="007B7193">
      <w:rPr>
        <w:szCs w:val="32"/>
      </w:rPr>
      <w:fldChar w:fldCharType="separate"/>
    </w:r>
    <w:r w:rsidRPr="007B7193">
      <w:rPr>
        <w:szCs w:val="32"/>
      </w:rPr>
      <w:t>1</w:t>
    </w:r>
    <w:r w:rsidRPr="007B7193">
      <w:rPr>
        <w:szCs w:val="3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F732DE1" w14:textId="77777777" w:rsidR="00C9224D" w:rsidRDefault="00C9224D">
      <w:pPr>
        <w:spacing w:after="0" w:line="240" w:lineRule="auto"/>
      </w:pPr>
      <w:r>
        <w:separator/>
      </w:r>
    </w:p>
  </w:footnote>
  <w:footnote w:type="continuationSeparator" w:id="0">
    <w:p w14:paraId="1A982DDF" w14:textId="77777777" w:rsidR="00C9224D" w:rsidRDefault="00C922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6226B7" w14:textId="77777777" w:rsidR="00C257C8" w:rsidRDefault="00C257C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0B8245" w14:textId="77777777" w:rsidR="00C257C8" w:rsidRDefault="00000000">
    <w:pPr>
      <w:pStyle w:val="Kopfzeile"/>
      <w:jc w:val="right"/>
    </w:pPr>
    <w:r>
      <w:rPr>
        <w:sz w:val="20"/>
      </w:rPr>
      <w:t>[</w:t>
    </w:r>
    <w:proofErr w:type="spellStart"/>
    <w:r>
      <w:rPr>
        <w:sz w:val="20"/>
      </w:rPr>
      <w:t>Kurztitel</w:t>
    </w:r>
    <w:proofErr w:type="spellEnd"/>
    <w:r>
      <w:rPr>
        <w:sz w:val="20"/>
      </w:rPr>
      <w:t xml:space="preserve"> der Arbeit]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D5E748" w14:textId="77777777" w:rsidR="00C257C8" w:rsidRPr="007B7193" w:rsidRDefault="00000000">
    <w:pPr>
      <w:pStyle w:val="Kopfzeile"/>
      <w:jc w:val="right"/>
      <w:rPr>
        <w:szCs w:val="24"/>
      </w:rPr>
    </w:pPr>
    <w:r w:rsidRPr="007B7193">
      <w:rPr>
        <w:szCs w:val="24"/>
      </w:rPr>
      <w:t>[</w:t>
    </w:r>
    <w:proofErr w:type="spellStart"/>
    <w:r w:rsidRPr="007B7193">
      <w:rPr>
        <w:szCs w:val="24"/>
      </w:rPr>
      <w:t>Kurztitel</w:t>
    </w:r>
    <w:proofErr w:type="spellEnd"/>
    <w:r w:rsidRPr="007B7193">
      <w:rPr>
        <w:szCs w:val="24"/>
      </w:rPr>
      <w:t xml:space="preserve"> der Arbeit]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B302026"/>
    <w:multiLevelType w:val="multilevel"/>
    <w:tmpl w:val="D87EDC68"/>
    <w:lvl w:ilvl="0">
      <w:start w:val="1"/>
      <w:numFmt w:val="decimal"/>
      <w:suff w:val="space"/>
      <w:lvlText w:val="%1"/>
      <w:lvlJc w:val="left"/>
      <w:pPr>
        <w:ind w:left="0" w:firstLine="0"/>
      </w:pPr>
      <w:rPr>
        <w:rFonts w:ascii="Times New Roman" w:hAnsi="Times New Roman"/>
        <w:b/>
      </w:rPr>
    </w:lvl>
    <w:lvl w:ilvl="1">
      <w:start w:val="1"/>
      <w:numFmt w:val="decimal"/>
      <w:suff w:val="space"/>
      <w:lvlText w:val="%1.%2"/>
      <w:lvlJc w:val="left"/>
      <w:pPr>
        <w:ind w:left="0" w:firstLine="0"/>
      </w:pPr>
      <w:rPr>
        <w:rFonts w:ascii="Times New Roman" w:hAnsi="Times New Roman"/>
        <w:b/>
      </w:rPr>
    </w:lvl>
    <w:lvl w:ilvl="2">
      <w:start w:val="1"/>
      <w:numFmt w:val="decimal"/>
      <w:suff w:val="space"/>
      <w:lvlText w:val="%1.%2.%3"/>
      <w:lvlJc w:val="left"/>
      <w:pPr>
        <w:ind w:left="0" w:firstLine="0"/>
      </w:pPr>
      <w:rPr>
        <w:rFonts w:ascii="Times New Roman" w:hAnsi="Times New Roman"/>
        <w:b/>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5"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8ED3C67"/>
    <w:multiLevelType w:val="multilevel"/>
    <w:tmpl w:val="21C633B2"/>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num w:numId="1" w16cid:durableId="1044675618">
    <w:abstractNumId w:val="0"/>
  </w:num>
  <w:num w:numId="2" w16cid:durableId="313725413">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proofState w:spelling="clean" w:grammar="clean"/>
  <w:defaultTabStop w:val="720"/>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3E55"/>
    <w:rsid w:val="000F0E7F"/>
    <w:rsid w:val="0010580B"/>
    <w:rsid w:val="001326A2"/>
    <w:rsid w:val="001342D5"/>
    <w:rsid w:val="0015074B"/>
    <w:rsid w:val="00245DE9"/>
    <w:rsid w:val="0029639D"/>
    <w:rsid w:val="00326F90"/>
    <w:rsid w:val="00427E9B"/>
    <w:rsid w:val="00486ED0"/>
    <w:rsid w:val="004D18D1"/>
    <w:rsid w:val="005C6375"/>
    <w:rsid w:val="00750EF7"/>
    <w:rsid w:val="007B7193"/>
    <w:rsid w:val="007C3865"/>
    <w:rsid w:val="00900886"/>
    <w:rsid w:val="009C2AED"/>
    <w:rsid w:val="009E4BA3"/>
    <w:rsid w:val="00A251F0"/>
    <w:rsid w:val="00A96FF1"/>
    <w:rsid w:val="00AA1D8D"/>
    <w:rsid w:val="00AE2257"/>
    <w:rsid w:val="00B267FC"/>
    <w:rsid w:val="00B47730"/>
    <w:rsid w:val="00B832C3"/>
    <w:rsid w:val="00C257C8"/>
    <w:rsid w:val="00C9224D"/>
    <w:rsid w:val="00CB0664"/>
    <w:rsid w:val="00CE1493"/>
    <w:rsid w:val="00D80BB2"/>
    <w:rsid w:val="00D80E8D"/>
    <w:rsid w:val="00DA4DE7"/>
    <w:rsid w:val="00DF4BE4"/>
    <w:rsid w:val="00E74C09"/>
    <w:rsid w:val="00EC699F"/>
    <w:rsid w:val="00F932AF"/>
    <w:rsid w:val="00FC1B5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6B5E6A"/>
  <w14:defaultImageDpi w14:val="300"/>
  <w15:docId w15:val="{C0C1C790-6910-7A48-BC09-CD9424B63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pPr>
      <w:spacing w:after="120" w:line="360" w:lineRule="auto"/>
      <w:jc w:val="both"/>
    </w:pPr>
    <w:rPr>
      <w:rFonts w:ascii="Times New Roman" w:eastAsia="Times New Roman" w:hAnsi="Times New Roman" w:cs="Times New Roman"/>
      <w:color w:val="000000"/>
      <w:sz w:val="24"/>
    </w:rPr>
  </w:style>
  <w:style w:type="paragraph" w:styleId="berschrift1">
    <w:name w:val="heading 1"/>
    <w:basedOn w:val="Standard"/>
    <w:next w:val="Standard"/>
    <w:link w:val="berschrift1Zchn"/>
    <w:uiPriority w:val="9"/>
    <w:qFormat/>
    <w:rsid w:val="00F932AF"/>
    <w:pPr>
      <w:keepNext/>
      <w:keepLines/>
      <w:numPr>
        <w:numId w:val="2"/>
      </w:numPr>
      <w:spacing w:before="240" w:line="240" w:lineRule="auto"/>
      <w:jc w:val="left"/>
      <w:outlineLvl w:val="0"/>
    </w:pPr>
    <w:rPr>
      <w:rFonts w:eastAsiaTheme="majorEastAsia"/>
      <w:b/>
      <w:bCs/>
      <w:sz w:val="28"/>
      <w:szCs w:val="28"/>
    </w:rPr>
  </w:style>
  <w:style w:type="paragraph" w:styleId="berschrift2">
    <w:name w:val="heading 2"/>
    <w:basedOn w:val="Standard"/>
    <w:next w:val="Standard"/>
    <w:link w:val="berschrift2Zchn"/>
    <w:uiPriority w:val="9"/>
    <w:unhideWhenUsed/>
    <w:qFormat/>
    <w:rsid w:val="00F932AF"/>
    <w:pPr>
      <w:keepNext/>
      <w:keepLines/>
      <w:numPr>
        <w:ilvl w:val="1"/>
        <w:numId w:val="2"/>
      </w:numPr>
      <w:spacing w:before="180" w:after="60" w:line="240" w:lineRule="auto"/>
      <w:jc w:val="left"/>
      <w:outlineLvl w:val="1"/>
    </w:pPr>
    <w:rPr>
      <w:rFonts w:eastAsiaTheme="majorEastAsia"/>
      <w:b/>
      <w:bCs/>
      <w:szCs w:val="26"/>
    </w:rPr>
  </w:style>
  <w:style w:type="paragraph" w:styleId="berschrift3">
    <w:name w:val="heading 3"/>
    <w:basedOn w:val="Standard"/>
    <w:next w:val="Standard"/>
    <w:link w:val="berschrift3Zchn"/>
    <w:uiPriority w:val="9"/>
    <w:unhideWhenUsed/>
    <w:qFormat/>
    <w:rsid w:val="00B832C3"/>
    <w:pPr>
      <w:keepNext/>
      <w:keepLines/>
      <w:numPr>
        <w:ilvl w:val="2"/>
        <w:numId w:val="2"/>
      </w:numPr>
      <w:spacing w:before="180" w:after="60" w:line="240" w:lineRule="auto"/>
      <w:jc w:val="left"/>
      <w:outlineLvl w:val="2"/>
    </w:pPr>
    <w:rPr>
      <w:rFonts w:eastAsiaTheme="majorEastAsia"/>
      <w:b/>
      <w:bCs/>
    </w:rPr>
  </w:style>
  <w:style w:type="paragraph" w:styleId="berschrift4">
    <w:name w:val="heading 4"/>
    <w:basedOn w:val="Standard"/>
    <w:next w:val="Standard"/>
    <w:link w:val="berschrift4Zchn"/>
    <w:uiPriority w:val="9"/>
    <w:unhideWhenUsed/>
    <w:qFormat/>
    <w:rsid w:val="00B832C3"/>
    <w:pPr>
      <w:keepNext/>
      <w:keepLines/>
      <w:numPr>
        <w:ilvl w:val="3"/>
        <w:numId w:val="2"/>
      </w:numPr>
      <w:spacing w:before="180" w:after="60" w:line="240" w:lineRule="auto"/>
      <w:jc w:val="left"/>
      <w:outlineLvl w:val="3"/>
    </w:pPr>
    <w:rPr>
      <w:rFonts w:eastAsiaTheme="majorEastAsia"/>
      <w:b/>
      <w:bCs/>
      <w:color w:val="000000" w:themeColor="text1"/>
    </w:rPr>
  </w:style>
  <w:style w:type="paragraph" w:styleId="berschrift5">
    <w:name w:val="heading 5"/>
    <w:basedOn w:val="Standard"/>
    <w:next w:val="Standard"/>
    <w:link w:val="berschrift5Zchn"/>
    <w:uiPriority w:val="9"/>
    <w:semiHidden/>
    <w:unhideWhenUsed/>
    <w:qFormat/>
    <w:rsid w:val="00FC693F"/>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numPr>
        <w:ilvl w:val="7"/>
        <w:numId w:val="2"/>
      </w:numPr>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character" w:customStyle="1" w:styleId="berschrift1Zchn">
    <w:name w:val="Überschrift 1 Zchn"/>
    <w:basedOn w:val="Absatz-Standardschriftart"/>
    <w:link w:val="berschrift1"/>
    <w:uiPriority w:val="9"/>
    <w:rsid w:val="00F932AF"/>
    <w:rPr>
      <w:rFonts w:ascii="Times New Roman" w:eastAsiaTheme="majorEastAsia" w:hAnsi="Times New Roman" w:cs="Times New Roman"/>
      <w:b/>
      <w:bCs/>
      <w:color w:val="000000"/>
      <w:sz w:val="28"/>
      <w:szCs w:val="28"/>
    </w:rPr>
  </w:style>
  <w:style w:type="character" w:customStyle="1" w:styleId="berschrift2Zchn">
    <w:name w:val="Überschrift 2 Zchn"/>
    <w:basedOn w:val="Absatz-Standardschriftart"/>
    <w:link w:val="berschrift2"/>
    <w:uiPriority w:val="9"/>
    <w:rsid w:val="00F932AF"/>
    <w:rPr>
      <w:rFonts w:ascii="Times New Roman" w:eastAsiaTheme="majorEastAsia" w:hAnsi="Times New Roman" w:cs="Times New Roman"/>
      <w:b/>
      <w:bCs/>
      <w:color w:val="000000"/>
      <w:sz w:val="24"/>
      <w:szCs w:val="26"/>
    </w:rPr>
  </w:style>
  <w:style w:type="character" w:customStyle="1" w:styleId="berschrift3Zchn">
    <w:name w:val="Überschrift 3 Zchn"/>
    <w:basedOn w:val="Absatz-Standardschriftart"/>
    <w:link w:val="berschrift3"/>
    <w:uiPriority w:val="9"/>
    <w:rsid w:val="00B832C3"/>
    <w:rPr>
      <w:rFonts w:ascii="Times New Roman" w:eastAsiaTheme="majorEastAsia" w:hAnsi="Times New Roman" w:cs="Times New Roman"/>
      <w:b/>
      <w:bCs/>
      <w:color w:val="000000"/>
      <w:sz w:val="24"/>
    </w:rPr>
  </w:style>
  <w:style w:type="paragraph" w:styleId="Titel">
    <w:name w:val="Title"/>
    <w:basedOn w:val="Standard"/>
    <w:next w:val="Standard"/>
    <w:link w:val="TitelZchn"/>
    <w:uiPriority w:val="10"/>
    <w:qFormat/>
    <w:rsid w:val="00750EF7"/>
    <w:pPr>
      <w:spacing w:after="360"/>
      <w:jc w:val="center"/>
    </w:pPr>
    <w:rPr>
      <w:b/>
      <w:sz w:val="36"/>
      <w:lang w:val="de-DE"/>
    </w:rPr>
  </w:style>
  <w:style w:type="character" w:customStyle="1" w:styleId="TitelZchn">
    <w:name w:val="Titel Zchn"/>
    <w:basedOn w:val="Absatz-Standardschriftart"/>
    <w:link w:val="Titel"/>
    <w:uiPriority w:val="10"/>
    <w:rsid w:val="00750EF7"/>
    <w:rPr>
      <w:rFonts w:ascii="Times New Roman" w:hAnsi="Times New Roman" w:cs="Times New Roman"/>
      <w:b/>
      <w:color w:val="000000"/>
      <w:sz w:val="36"/>
      <w:lang w:val="de-DE"/>
    </w:rPr>
  </w:style>
  <w:style w:type="paragraph" w:styleId="Untertitel">
    <w:name w:val="Subtitle"/>
    <w:basedOn w:val="Standard"/>
    <w:next w:val="Standard"/>
    <w:link w:val="UntertitelZchn"/>
    <w:uiPriority w:val="11"/>
    <w:qFormat/>
    <w:rsid w:val="00B832C3"/>
    <w:pPr>
      <w:spacing w:after="160"/>
      <w:jc w:val="center"/>
    </w:pPr>
    <w:rPr>
      <w:sz w:val="28"/>
    </w:rPr>
  </w:style>
  <w:style w:type="character" w:customStyle="1" w:styleId="UntertitelZchn">
    <w:name w:val="Untertitel Zchn"/>
    <w:basedOn w:val="Absatz-Standardschriftart"/>
    <w:link w:val="Untertitel"/>
    <w:uiPriority w:val="11"/>
    <w:rsid w:val="00B832C3"/>
    <w:rPr>
      <w:rFonts w:ascii="Times New Roman" w:hAnsi="Times New Roman" w:cs="Times New Roman"/>
      <w:color w:val="000000"/>
      <w:sz w:val="28"/>
    </w:rPr>
  </w:style>
  <w:style w:type="paragraph" w:styleId="Listenabsatz">
    <w:name w:val="List Paragraph"/>
    <w:basedOn w:val="Standard"/>
    <w:uiPriority w:val="34"/>
    <w:rsid w:val="00FC693F"/>
    <w:pPr>
      <w:ind w:left="720"/>
      <w:contextualSpacing/>
    </w:pPr>
  </w:style>
  <w:style w:type="paragraph" w:styleId="Textkrper">
    <w:name w:val="Body Text"/>
    <w:basedOn w:val="Standard"/>
    <w:link w:val="TextkrperZchn"/>
    <w:uiPriority w:val="99"/>
    <w:unhideWhenUsed/>
    <w:rsid w:val="00AA1D8D"/>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spacing w:after="60"/>
      <w:contextualSpacing/>
    </w:pPr>
  </w:style>
  <w:style w:type="paragraph" w:styleId="Aufzhlungszeichen2">
    <w:name w:val="List Bullet 2"/>
    <w:basedOn w:val="Standard"/>
    <w:uiPriority w:val="99"/>
    <w:unhideWhenUsed/>
    <w:rsid w:val="00326F90"/>
    <w:pPr>
      <w:tabs>
        <w:tab w:val="num" w:pos="360"/>
      </w:tabs>
      <w:contextualSpacing/>
    </w:pPr>
  </w:style>
  <w:style w:type="paragraph" w:styleId="Aufzhlungszeichen3">
    <w:name w:val="List Bullet 3"/>
    <w:basedOn w:val="Standard"/>
    <w:uiPriority w:val="99"/>
    <w:unhideWhenUsed/>
    <w:rsid w:val="00326F90"/>
    <w:pPr>
      <w:tabs>
        <w:tab w:val="num" w:pos="360"/>
      </w:tabs>
      <w:contextualSpacing/>
    </w:pPr>
  </w:style>
  <w:style w:type="paragraph" w:styleId="Listennummer">
    <w:name w:val="List Number"/>
    <w:basedOn w:val="Standard"/>
    <w:uiPriority w:val="99"/>
    <w:unhideWhenUsed/>
    <w:rsid w:val="00326F90"/>
    <w:pPr>
      <w:tabs>
        <w:tab w:val="num" w:pos="360"/>
      </w:tabs>
      <w:spacing w:after="60"/>
      <w:contextualSpacing/>
    </w:pPr>
  </w:style>
  <w:style w:type="paragraph" w:styleId="Listennummer2">
    <w:name w:val="List Number 2"/>
    <w:basedOn w:val="Standard"/>
    <w:uiPriority w:val="99"/>
    <w:unhideWhenUsed/>
    <w:rsid w:val="0029639D"/>
    <w:pPr>
      <w:tabs>
        <w:tab w:val="num" w:pos="360"/>
      </w:tabs>
      <w:contextualSpacing/>
    </w:pPr>
  </w:style>
  <w:style w:type="paragraph" w:styleId="Listennummer3">
    <w:name w:val="List Number 3"/>
    <w:basedOn w:val="Standard"/>
    <w:uiPriority w:val="99"/>
    <w:unhideWhenUsed/>
    <w:rsid w:val="0029639D"/>
    <w:pPr>
      <w:tabs>
        <w:tab w:val="num" w:pos="360"/>
      </w:tabs>
      <w:contextualSpacing/>
    </w:pPr>
  </w:style>
  <w:style w:type="paragraph" w:styleId="Listenfortsetzung">
    <w:name w:val="List Continue"/>
    <w:basedOn w:val="Standard"/>
    <w:uiPriority w:val="99"/>
    <w:unhideWhenUsed/>
    <w:rsid w:val="0029639D"/>
    <w:pPr>
      <w:ind w:left="360"/>
      <w:contextualSpacing/>
    </w:pPr>
  </w:style>
  <w:style w:type="paragraph" w:styleId="Listenfortsetzung2">
    <w:name w:val="List Continue 2"/>
    <w:basedOn w:val="Standard"/>
    <w:uiPriority w:val="99"/>
    <w:unhideWhenUsed/>
    <w:rsid w:val="0029639D"/>
    <w:pPr>
      <w:ind w:left="720"/>
      <w:contextualSpacing/>
    </w:pPr>
  </w:style>
  <w:style w:type="paragraph" w:styleId="Listenfortsetzung3">
    <w:name w:val="List Continue 3"/>
    <w:basedOn w:val="Standard"/>
    <w:uiPriority w:val="99"/>
    <w:unhideWhenUsed/>
    <w:rsid w:val="0029639D"/>
    <w:pPr>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BlockQuote"/>
    <w:next w:val="Standard"/>
    <w:link w:val="ZitatZchn"/>
    <w:uiPriority w:val="29"/>
    <w:rsid w:val="00083E55"/>
    <w:rPr>
      <w:lang w:val="de-DE"/>
    </w:rPr>
  </w:style>
  <w:style w:type="character" w:customStyle="1" w:styleId="ZitatZchn">
    <w:name w:val="Zitat Zchn"/>
    <w:basedOn w:val="Absatz-Standardschriftart"/>
    <w:link w:val="Zitat"/>
    <w:uiPriority w:val="29"/>
    <w:rsid w:val="00083E55"/>
    <w:rPr>
      <w:rFonts w:ascii="Times New Roman" w:eastAsia="Times New Roman" w:hAnsi="Times New Roman" w:cs="Times New Roman"/>
      <w:color w:val="000000"/>
      <w:sz w:val="24"/>
      <w:lang w:val="de-DE"/>
    </w:rPr>
  </w:style>
  <w:style w:type="character" w:customStyle="1" w:styleId="berschrift4Zchn">
    <w:name w:val="Überschrift 4 Zchn"/>
    <w:basedOn w:val="Absatz-Standardschriftart"/>
    <w:link w:val="berschrift4"/>
    <w:uiPriority w:val="9"/>
    <w:rsid w:val="00B832C3"/>
    <w:rPr>
      <w:rFonts w:ascii="Times New Roman" w:eastAsiaTheme="majorEastAsia" w:hAnsi="Times New Roman" w:cs="Times New Roman"/>
      <w:b/>
      <w:bCs/>
      <w:color w:val="000000" w:themeColor="text1"/>
      <w:sz w:val="24"/>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rsid w:val="00FC693F"/>
    <w:rPr>
      <w:b/>
      <w:bCs/>
    </w:rPr>
  </w:style>
  <w:style w:type="character" w:styleId="Hervorhebung">
    <w:name w:val="Emphasis"/>
    <w:basedOn w:val="Absatz-Standardschriftart"/>
    <w:uiPriority w:val="20"/>
    <w:rsid w:val="00FC693F"/>
    <w:rPr>
      <w:i/>
      <w:iCs/>
    </w:rPr>
  </w:style>
  <w:style w:type="paragraph" w:styleId="IntensivesZitat">
    <w:name w:val="Intense Quote"/>
    <w:basedOn w:val="Standard"/>
    <w:next w:val="Standard"/>
    <w:link w:val="IntensivesZitatZchn"/>
    <w:uiPriority w:val="30"/>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rsid w:val="00FC693F"/>
    <w:rPr>
      <w:i/>
      <w:iCs/>
      <w:color w:val="808080" w:themeColor="text1" w:themeTint="7F"/>
    </w:rPr>
  </w:style>
  <w:style w:type="character" w:styleId="IntensiveHervorhebung">
    <w:name w:val="Intense Emphasis"/>
    <w:basedOn w:val="Absatz-Standardschriftart"/>
    <w:uiPriority w:val="21"/>
    <w:rsid w:val="00FC693F"/>
    <w:rPr>
      <w:b/>
      <w:bCs/>
      <w:i/>
      <w:iCs/>
      <w:color w:val="4F81BD" w:themeColor="accent1"/>
    </w:rPr>
  </w:style>
  <w:style w:type="character" w:styleId="SchwacherVerweis">
    <w:name w:val="Subtle Reference"/>
    <w:basedOn w:val="Absatz-Standardschriftart"/>
    <w:uiPriority w:val="31"/>
    <w:rsid w:val="00FC693F"/>
    <w:rPr>
      <w:smallCaps/>
      <w:color w:val="C0504D" w:themeColor="accent2"/>
      <w:u w:val="single"/>
    </w:rPr>
  </w:style>
  <w:style w:type="character" w:styleId="IntensiverVerweis">
    <w:name w:val="Intense Reference"/>
    <w:basedOn w:val="Absatz-Standardschriftart"/>
    <w:uiPriority w:val="32"/>
    <w:rsid w:val="00FC693F"/>
    <w:rPr>
      <w:b/>
      <w:bCs/>
      <w:smallCaps/>
      <w:color w:val="C0504D" w:themeColor="accent2"/>
      <w:spacing w:val="5"/>
      <w:u w:val="single"/>
    </w:rPr>
  </w:style>
  <w:style w:type="character" w:styleId="Buchtitel">
    <w:name w:val="Book Title"/>
    <w:basedOn w:val="Absatz-Standardschriftart"/>
    <w:uiPriority w:val="33"/>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UnnumberedHeading1">
    <w:name w:val="Unnumbered Heading 1"/>
    <w:basedOn w:val="Standard"/>
    <w:qFormat/>
    <w:pPr>
      <w:keepNext/>
      <w:spacing w:before="240" w:line="240" w:lineRule="auto"/>
      <w:jc w:val="left"/>
      <w:outlineLvl w:val="0"/>
    </w:pPr>
    <w:rPr>
      <w:b/>
      <w:sz w:val="28"/>
    </w:rPr>
  </w:style>
  <w:style w:type="paragraph" w:customStyle="1" w:styleId="Caption">
    <w:name w:val="Caption"/>
    <w:basedOn w:val="Standard"/>
    <w:qFormat/>
    <w:pPr>
      <w:keepNext/>
      <w:spacing w:before="120" w:after="60" w:line="240" w:lineRule="auto"/>
      <w:jc w:val="left"/>
    </w:pPr>
    <w:rPr>
      <w:b/>
      <w:sz w:val="20"/>
    </w:rPr>
  </w:style>
  <w:style w:type="paragraph" w:customStyle="1" w:styleId="FBEOSource">
    <w:name w:val="FBEO Source"/>
    <w:basedOn w:val="Standard"/>
    <w:pPr>
      <w:spacing w:line="240" w:lineRule="auto"/>
      <w:jc w:val="left"/>
    </w:pPr>
    <w:rPr>
      <w:sz w:val="20"/>
    </w:rPr>
  </w:style>
  <w:style w:type="paragraph" w:customStyle="1" w:styleId="Reference">
    <w:name w:val="Reference"/>
    <w:basedOn w:val="Standard"/>
    <w:qFormat/>
    <w:pPr>
      <w:spacing w:line="240" w:lineRule="auto"/>
      <w:ind w:left="720" w:hanging="720"/>
      <w:jc w:val="left"/>
    </w:pPr>
  </w:style>
  <w:style w:type="paragraph" w:customStyle="1" w:styleId="FBEOPlaceholder">
    <w:name w:val="FBEO Placeholder"/>
    <w:basedOn w:val="Standard"/>
    <w:pPr>
      <w:spacing w:line="240" w:lineRule="auto"/>
      <w:jc w:val="left"/>
    </w:pPr>
    <w:rPr>
      <w:i/>
      <w:color w:val="666666"/>
      <w:sz w:val="21"/>
    </w:rPr>
  </w:style>
  <w:style w:type="paragraph" w:customStyle="1" w:styleId="Hypothesis">
    <w:name w:val="Hypothesis"/>
    <w:basedOn w:val="Standard"/>
    <w:qFormat/>
    <w:pPr>
      <w:keepLines/>
      <w:spacing w:before="120"/>
      <w:ind w:left="720" w:right="720"/>
      <w:jc w:val="left"/>
    </w:pPr>
  </w:style>
  <w:style w:type="paragraph" w:customStyle="1" w:styleId="BlockQuote">
    <w:name w:val="Block Quote"/>
    <w:basedOn w:val="Standard"/>
    <w:qFormat/>
    <w:pPr>
      <w:keepLines/>
      <w:spacing w:before="120"/>
      <w:ind w:left="720"/>
    </w:pPr>
  </w:style>
  <w:style w:type="paragraph" w:customStyle="1" w:styleId="FBEOTableNumber">
    <w:name w:val="FBEO Table Number"/>
    <w:basedOn w:val="Standard"/>
    <w:pPr>
      <w:keepNext/>
      <w:spacing w:before="120" w:after="0" w:line="240" w:lineRule="auto"/>
      <w:jc w:val="left"/>
    </w:pPr>
    <w:rPr>
      <w:b/>
      <w:sz w:val="20"/>
    </w:rPr>
  </w:style>
  <w:style w:type="paragraph" w:customStyle="1" w:styleId="TableTitle">
    <w:name w:val="Table Title"/>
    <w:basedOn w:val="Standard"/>
    <w:qFormat/>
    <w:pPr>
      <w:keepNext/>
      <w:spacing w:after="60" w:line="240" w:lineRule="auto"/>
      <w:jc w:val="left"/>
    </w:pPr>
    <w:rPr>
      <w:i/>
      <w:sz w:val="20"/>
    </w:rPr>
  </w:style>
  <w:style w:type="paragraph" w:customStyle="1" w:styleId="TableNote">
    <w:name w:val="Table Note"/>
    <w:basedOn w:val="Standard"/>
    <w:qFormat/>
    <w:pPr>
      <w:spacing w:before="60" w:line="240" w:lineRule="auto"/>
      <w:jc w:val="left"/>
    </w:pPr>
    <w:rPr>
      <w:sz w:val="20"/>
    </w:rPr>
  </w:style>
  <w:style w:type="paragraph" w:customStyle="1" w:styleId="FigureCaption">
    <w:name w:val="Figure Caption"/>
    <w:basedOn w:val="Standard"/>
    <w:pPr>
      <w:spacing w:before="60" w:after="60" w:line="240" w:lineRule="auto"/>
      <w:jc w:val="left"/>
    </w:pPr>
    <w:rPr>
      <w:b/>
      <w:sz w:val="20"/>
    </w:rPr>
  </w:style>
  <w:style w:type="paragraph" w:styleId="Verzeichnis1">
    <w:name w:val="toc 1"/>
    <w:basedOn w:val="Standard"/>
    <w:next w:val="Standard"/>
    <w:autoRedefine/>
    <w:uiPriority w:val="39"/>
    <w:unhideWhenUsed/>
    <w:rsid w:val="00B267FC"/>
    <w:pPr>
      <w:spacing w:after="100"/>
    </w:pPr>
  </w:style>
  <w:style w:type="paragraph" w:styleId="Verzeichnis2">
    <w:name w:val="toc 2"/>
    <w:basedOn w:val="Standard"/>
    <w:next w:val="Standard"/>
    <w:autoRedefine/>
    <w:uiPriority w:val="39"/>
    <w:unhideWhenUsed/>
    <w:rsid w:val="00B267FC"/>
    <w:pPr>
      <w:spacing w:after="100"/>
      <w:ind w:left="240"/>
    </w:pPr>
  </w:style>
  <w:style w:type="paragraph" w:styleId="Verzeichnis3">
    <w:name w:val="toc 3"/>
    <w:basedOn w:val="Standard"/>
    <w:next w:val="Standard"/>
    <w:autoRedefine/>
    <w:uiPriority w:val="39"/>
    <w:unhideWhenUsed/>
    <w:rsid w:val="00B267FC"/>
    <w:pPr>
      <w:spacing w:after="100"/>
      <w:ind w:left="480"/>
    </w:pPr>
  </w:style>
  <w:style w:type="character" w:styleId="Hyperlink">
    <w:name w:val="Hyperlink"/>
    <w:basedOn w:val="Absatz-Standardschriftart"/>
    <w:uiPriority w:val="99"/>
    <w:unhideWhenUsed/>
    <w:rsid w:val="00B267F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604</Words>
  <Characters>4215</Characters>
  <Application>Microsoft Office Word</Application>
  <DocSecurity>0</DocSecurity>
  <Lines>137</Lines>
  <Paragraphs>104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4719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FBEO</dc:creator>
  <cp:keywords/>
  <dc:description/>
  <cp:lastModifiedBy>Schadl, Adrian</cp:lastModifiedBy>
  <cp:revision>24</cp:revision>
  <dcterms:created xsi:type="dcterms:W3CDTF">2013-12-23T23:15:00Z</dcterms:created>
  <dcterms:modified xsi:type="dcterms:W3CDTF">2026-09-28T13:40:00Z</dcterms:modified>
  <cp:category/>
</cp:coreProperties>
</file>